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89265" w14:textId="77777777" w:rsidR="008A660A" w:rsidRPr="00A81E26" w:rsidRDefault="008A660A" w:rsidP="008A660A">
      <w:pPr>
        <w:spacing w:after="100"/>
        <w:jc w:val="center"/>
        <w:rPr>
          <w:rFonts w:ascii="Times New Roman" w:hAnsi="Times New Roman" w:cs="Times New Roman"/>
          <w:i/>
          <w:iCs/>
          <w:sz w:val="28"/>
          <w:szCs w:val="28"/>
        </w:rPr>
      </w:pPr>
      <w:r w:rsidRPr="00A81E26">
        <w:rPr>
          <w:rFonts w:ascii="Times New Roman" w:eastAsia="Times New Roman" w:hAnsi="Times New Roman" w:cs="Times New Roman"/>
          <w:b/>
          <w:i/>
          <w:iCs/>
          <w:color w:val="737B75"/>
          <w:sz w:val="28"/>
          <w:szCs w:val="28"/>
        </w:rPr>
        <w:t>Appel à microprojets de solutions climatiques sensibles au genre – GAGGA / WEP Burkina Faso</w:t>
      </w:r>
    </w:p>
    <w:p w14:paraId="3AA5101F" w14:textId="77777777" w:rsidR="006F72B9" w:rsidRPr="00A81E26" w:rsidRDefault="008A660A" w:rsidP="00E93FEC">
      <w:pPr>
        <w:jc w:val="center"/>
        <w:rPr>
          <w:rFonts w:ascii="Times New Roman" w:eastAsia="Times New Roman" w:hAnsi="Times New Roman" w:cs="Times New Roman"/>
          <w:b/>
          <w:color w:val="1F4E3D"/>
          <w:sz w:val="32"/>
          <w:szCs w:val="32"/>
        </w:rPr>
      </w:pPr>
      <w:r w:rsidRPr="00A81E26">
        <w:rPr>
          <w:rFonts w:ascii="Times New Roman" w:eastAsia="Times New Roman" w:hAnsi="Times New Roman" w:cs="Times New Roman"/>
          <w:b/>
          <w:color w:val="1F4E3D"/>
          <w:sz w:val="32"/>
          <w:szCs w:val="32"/>
        </w:rPr>
        <w:t>FORMULAIRE DE MICROPROJET</w:t>
      </w:r>
    </w:p>
    <w:p w14:paraId="48B3E6CD" w14:textId="77777777" w:rsidR="00357A47" w:rsidRPr="00357A47" w:rsidRDefault="00357A47" w:rsidP="00E93FEC">
      <w:pPr>
        <w:jc w:val="center"/>
        <w:rPr>
          <w:rFonts w:ascii="Times New Roman" w:hAnsi="Times New Roman" w:cs="Times New Roman"/>
          <w:sz w:val="10"/>
          <w:szCs w:val="10"/>
        </w:rPr>
      </w:pPr>
    </w:p>
    <w:p w14:paraId="69685086" w14:textId="77777777" w:rsidR="006F72B9" w:rsidRPr="00753C04" w:rsidRDefault="00B57B05">
      <w:pPr>
        <w:pStyle w:val="Titre1"/>
        <w:rPr>
          <w:rFonts w:ascii="Times New Roman" w:hAnsi="Times New Roman" w:cs="Times New Roman"/>
          <w:szCs w:val="24"/>
        </w:rPr>
      </w:pPr>
      <w:r w:rsidRPr="00753C04">
        <w:rPr>
          <w:rFonts w:ascii="Times New Roman" w:eastAsia="Times New Roman" w:hAnsi="Times New Roman" w:cs="Times New Roman"/>
          <w:sz w:val="28"/>
          <w:szCs w:val="24"/>
        </w:rPr>
        <w:t>INFORMATIONS GÉNÉRALES DU PROJET</w:t>
      </w:r>
    </w:p>
    <w:tbl>
      <w:tblPr>
        <w:tblStyle w:val="Grilledutableau"/>
        <w:tblW w:w="0" w:type="auto"/>
        <w:jc w:val="center"/>
        <w:tblLayout w:type="fixed"/>
        <w:tblLook w:val="04A0" w:firstRow="1" w:lastRow="0" w:firstColumn="1" w:lastColumn="0" w:noHBand="0" w:noVBand="1"/>
      </w:tblPr>
      <w:tblGrid>
        <w:gridCol w:w="5035"/>
        <w:gridCol w:w="5035"/>
      </w:tblGrid>
      <w:tr w:rsidR="006F72B9" w:rsidRPr="00753C04" w14:paraId="0C1B0AF7" w14:textId="77777777" w:rsidTr="007C3D8A">
        <w:trPr>
          <w:cantSplit/>
          <w:tblHeader/>
          <w:jc w:val="center"/>
        </w:trPr>
        <w:tc>
          <w:tcPr>
            <w:tcW w:w="5035" w:type="dxa"/>
            <w:shd w:val="clear" w:color="auto" w:fill="315B46"/>
            <w:tcMar>
              <w:top w:w="90" w:type="dxa"/>
              <w:left w:w="100" w:type="dxa"/>
              <w:bottom w:w="90" w:type="dxa"/>
              <w:right w:w="100" w:type="dxa"/>
            </w:tcMar>
            <w:vAlign w:val="center"/>
          </w:tcPr>
          <w:p w14:paraId="61E607A9"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Élément</w:t>
            </w:r>
            <w:r w:rsidR="00C91849">
              <w:rPr>
                <w:rFonts w:eastAsia="Arial" w:cs="Times New Roman"/>
                <w:b/>
                <w:color w:val="FFFFFF"/>
                <w:sz w:val="20"/>
                <w:szCs w:val="24"/>
              </w:rPr>
              <w:t>s</w:t>
            </w:r>
          </w:p>
        </w:tc>
        <w:tc>
          <w:tcPr>
            <w:tcW w:w="5035" w:type="dxa"/>
            <w:shd w:val="clear" w:color="auto" w:fill="315B46"/>
            <w:tcMar>
              <w:top w:w="90" w:type="dxa"/>
              <w:left w:w="100" w:type="dxa"/>
              <w:bottom w:w="90" w:type="dxa"/>
              <w:right w:w="100" w:type="dxa"/>
            </w:tcMar>
            <w:vAlign w:val="center"/>
          </w:tcPr>
          <w:p w14:paraId="50C0B636"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Informations à renseigner</w:t>
            </w:r>
          </w:p>
        </w:tc>
      </w:tr>
      <w:tr w:rsidR="006F72B9" w:rsidRPr="00753C04" w14:paraId="2A5424B9" w14:textId="77777777" w:rsidTr="007C3D8A">
        <w:trPr>
          <w:cantSplit/>
          <w:jc w:val="center"/>
        </w:trPr>
        <w:tc>
          <w:tcPr>
            <w:tcW w:w="5035" w:type="dxa"/>
            <w:tcMar>
              <w:top w:w="90" w:type="dxa"/>
              <w:left w:w="100" w:type="dxa"/>
              <w:bottom w:w="90" w:type="dxa"/>
              <w:right w:w="100" w:type="dxa"/>
            </w:tcMar>
            <w:vAlign w:val="center"/>
          </w:tcPr>
          <w:p w14:paraId="048054F0" w14:textId="77777777" w:rsidR="006F72B9" w:rsidRPr="00753C04" w:rsidRDefault="00615F4E">
            <w:pPr>
              <w:spacing w:after="40" w:line="240" w:lineRule="auto"/>
              <w:rPr>
                <w:rFonts w:ascii="Times New Roman" w:hAnsi="Times New Roman" w:cs="Times New Roman"/>
                <w:sz w:val="24"/>
                <w:szCs w:val="24"/>
              </w:rPr>
            </w:pPr>
            <w:r>
              <w:rPr>
                <w:rFonts w:eastAsia="Arial"/>
                <w:sz w:val="20"/>
              </w:rPr>
              <w:t>Titre du microprojet</w:t>
            </w:r>
          </w:p>
        </w:tc>
        <w:tc>
          <w:tcPr>
            <w:tcW w:w="5035" w:type="dxa"/>
            <w:tcMar>
              <w:top w:w="90" w:type="dxa"/>
              <w:left w:w="100" w:type="dxa"/>
              <w:bottom w:w="90" w:type="dxa"/>
              <w:right w:w="100" w:type="dxa"/>
            </w:tcMar>
            <w:vAlign w:val="center"/>
          </w:tcPr>
          <w:p w14:paraId="4A473F4C" w14:textId="77777777" w:rsidR="006F72B9" w:rsidRPr="00753C04" w:rsidRDefault="006F72B9">
            <w:pPr>
              <w:spacing w:after="40" w:line="240" w:lineRule="auto"/>
              <w:rPr>
                <w:rFonts w:ascii="Times New Roman" w:hAnsi="Times New Roman" w:cs="Times New Roman"/>
                <w:sz w:val="24"/>
                <w:szCs w:val="24"/>
              </w:rPr>
            </w:pPr>
          </w:p>
        </w:tc>
      </w:tr>
      <w:tr w:rsidR="007C3D8A" w:rsidRPr="00753C04" w14:paraId="41F2918E" w14:textId="77777777" w:rsidTr="00E93FEC">
        <w:trPr>
          <w:cantSplit/>
          <w:jc w:val="center"/>
        </w:trPr>
        <w:tc>
          <w:tcPr>
            <w:tcW w:w="5035" w:type="dxa"/>
            <w:shd w:val="clear" w:color="auto" w:fill="F5F8F5"/>
            <w:tcMar>
              <w:top w:w="90" w:type="dxa"/>
              <w:left w:w="100" w:type="dxa"/>
              <w:bottom w:w="90" w:type="dxa"/>
              <w:right w:w="100" w:type="dxa"/>
            </w:tcMar>
            <w:vAlign w:val="center"/>
          </w:tcPr>
          <w:p w14:paraId="79118613" w14:textId="77777777" w:rsidR="007C3D8A" w:rsidRPr="00753C04" w:rsidRDefault="007C3D8A" w:rsidP="007C3D8A">
            <w:pPr>
              <w:spacing w:after="40" w:line="240" w:lineRule="auto"/>
              <w:rPr>
                <w:rFonts w:ascii="Times New Roman" w:hAnsi="Times New Roman" w:cs="Times New Roman"/>
                <w:sz w:val="24"/>
                <w:szCs w:val="24"/>
              </w:rPr>
            </w:pPr>
            <w:r w:rsidRPr="00753C04">
              <w:rPr>
                <w:rFonts w:eastAsia="Arial" w:cs="Times New Roman"/>
                <w:sz w:val="20"/>
                <w:szCs w:val="24"/>
              </w:rPr>
              <w:t>Organisation soumissionnaire (dénomination officielle)</w:t>
            </w:r>
          </w:p>
        </w:tc>
        <w:tc>
          <w:tcPr>
            <w:tcW w:w="5035" w:type="dxa"/>
            <w:shd w:val="clear" w:color="auto" w:fill="F5F8F5"/>
            <w:tcMar>
              <w:top w:w="90" w:type="dxa"/>
              <w:left w:w="100" w:type="dxa"/>
              <w:bottom w:w="90" w:type="dxa"/>
              <w:right w:w="100" w:type="dxa"/>
            </w:tcMar>
            <w:vAlign w:val="center"/>
          </w:tcPr>
          <w:p w14:paraId="305181F0" w14:textId="77777777" w:rsidR="007C3D8A" w:rsidRPr="00753C04" w:rsidRDefault="007C3D8A" w:rsidP="007C3D8A">
            <w:pPr>
              <w:spacing w:after="40" w:line="240" w:lineRule="auto"/>
              <w:rPr>
                <w:rFonts w:ascii="Times New Roman" w:hAnsi="Times New Roman" w:cs="Times New Roman"/>
                <w:sz w:val="24"/>
                <w:szCs w:val="24"/>
              </w:rPr>
            </w:pPr>
          </w:p>
        </w:tc>
      </w:tr>
      <w:tr w:rsidR="007C3D8A" w:rsidRPr="00753C04" w14:paraId="165E0CB0" w14:textId="77777777" w:rsidTr="00E93FEC">
        <w:trPr>
          <w:cantSplit/>
          <w:jc w:val="center"/>
        </w:trPr>
        <w:tc>
          <w:tcPr>
            <w:tcW w:w="5035" w:type="dxa"/>
            <w:tcMar>
              <w:top w:w="90" w:type="dxa"/>
              <w:left w:w="100" w:type="dxa"/>
              <w:bottom w:w="90" w:type="dxa"/>
              <w:right w:w="100" w:type="dxa"/>
            </w:tcMar>
            <w:vAlign w:val="center"/>
          </w:tcPr>
          <w:p w14:paraId="11C6C55D" w14:textId="77777777" w:rsidR="007C3D8A" w:rsidRPr="00753C04" w:rsidRDefault="007C3D8A" w:rsidP="007C3D8A">
            <w:pPr>
              <w:spacing w:after="40" w:line="240" w:lineRule="auto"/>
              <w:rPr>
                <w:rFonts w:ascii="Times New Roman" w:hAnsi="Times New Roman" w:cs="Times New Roman"/>
                <w:sz w:val="24"/>
                <w:szCs w:val="24"/>
              </w:rPr>
            </w:pPr>
            <w:r w:rsidRPr="00753C04">
              <w:rPr>
                <w:rFonts w:eastAsia="Arial" w:cs="Times New Roman"/>
                <w:sz w:val="20"/>
                <w:szCs w:val="24"/>
              </w:rPr>
              <w:t>Statut juridique et numéro du récépissé</w:t>
            </w:r>
          </w:p>
        </w:tc>
        <w:tc>
          <w:tcPr>
            <w:tcW w:w="5035" w:type="dxa"/>
            <w:tcMar>
              <w:top w:w="90" w:type="dxa"/>
              <w:left w:w="100" w:type="dxa"/>
              <w:bottom w:w="90" w:type="dxa"/>
              <w:right w:w="100" w:type="dxa"/>
            </w:tcMar>
            <w:vAlign w:val="center"/>
          </w:tcPr>
          <w:p w14:paraId="118E2CEC" w14:textId="77777777" w:rsidR="007C3D8A" w:rsidRPr="00753C04" w:rsidRDefault="007C3D8A" w:rsidP="007C3D8A">
            <w:pPr>
              <w:spacing w:after="40" w:line="240" w:lineRule="auto"/>
              <w:rPr>
                <w:rFonts w:ascii="Times New Roman" w:hAnsi="Times New Roman" w:cs="Times New Roman"/>
                <w:sz w:val="24"/>
                <w:szCs w:val="24"/>
              </w:rPr>
            </w:pPr>
          </w:p>
        </w:tc>
      </w:tr>
      <w:tr w:rsidR="00A26E69" w:rsidRPr="00753C04" w14:paraId="14C17C3D" w14:textId="77777777" w:rsidTr="00E93FEC">
        <w:trPr>
          <w:cantSplit/>
          <w:jc w:val="center"/>
        </w:trPr>
        <w:tc>
          <w:tcPr>
            <w:tcW w:w="5035" w:type="dxa"/>
            <w:shd w:val="clear" w:color="auto" w:fill="F5F8F5"/>
            <w:tcMar>
              <w:top w:w="90" w:type="dxa"/>
              <w:left w:w="100" w:type="dxa"/>
              <w:bottom w:w="90" w:type="dxa"/>
              <w:right w:w="100" w:type="dxa"/>
            </w:tcMar>
            <w:vAlign w:val="center"/>
          </w:tcPr>
          <w:p w14:paraId="31198332" w14:textId="77777777" w:rsidR="00A26E69" w:rsidRPr="00753C04" w:rsidRDefault="00A26E69" w:rsidP="00A26E69">
            <w:pPr>
              <w:spacing w:after="40" w:line="240" w:lineRule="auto"/>
              <w:rPr>
                <w:rFonts w:ascii="Times New Roman" w:hAnsi="Times New Roman" w:cs="Times New Roman"/>
                <w:sz w:val="24"/>
                <w:szCs w:val="24"/>
              </w:rPr>
            </w:pPr>
            <w:r w:rsidRPr="00753C04">
              <w:rPr>
                <w:rFonts w:eastAsia="Arial" w:cs="Times New Roman"/>
                <w:sz w:val="20"/>
                <w:szCs w:val="24"/>
              </w:rPr>
              <w:t>Zone d’intervention (région, province, commune, village/site)</w:t>
            </w:r>
          </w:p>
        </w:tc>
        <w:tc>
          <w:tcPr>
            <w:tcW w:w="5035" w:type="dxa"/>
            <w:shd w:val="clear" w:color="auto" w:fill="F5F8F5"/>
            <w:tcMar>
              <w:top w:w="90" w:type="dxa"/>
              <w:left w:w="100" w:type="dxa"/>
              <w:bottom w:w="90" w:type="dxa"/>
              <w:right w:w="100" w:type="dxa"/>
            </w:tcMar>
            <w:vAlign w:val="center"/>
          </w:tcPr>
          <w:p w14:paraId="3ACAE50A" w14:textId="77777777" w:rsidR="00A26E69" w:rsidRPr="00753C04" w:rsidRDefault="00A26E69" w:rsidP="00A26E69">
            <w:pPr>
              <w:spacing w:after="40" w:line="240" w:lineRule="auto"/>
              <w:rPr>
                <w:rFonts w:ascii="Times New Roman" w:hAnsi="Times New Roman" w:cs="Times New Roman"/>
                <w:sz w:val="24"/>
                <w:szCs w:val="24"/>
              </w:rPr>
            </w:pPr>
          </w:p>
        </w:tc>
      </w:tr>
      <w:tr w:rsidR="00A26E69" w:rsidRPr="00753C04" w14:paraId="4D3AF170" w14:textId="77777777" w:rsidTr="007C3D8A">
        <w:trPr>
          <w:cantSplit/>
          <w:jc w:val="center"/>
        </w:trPr>
        <w:tc>
          <w:tcPr>
            <w:tcW w:w="5035" w:type="dxa"/>
            <w:tcMar>
              <w:top w:w="90" w:type="dxa"/>
              <w:left w:w="100" w:type="dxa"/>
              <w:bottom w:w="90" w:type="dxa"/>
              <w:right w:w="100" w:type="dxa"/>
            </w:tcMar>
            <w:vAlign w:val="center"/>
          </w:tcPr>
          <w:p w14:paraId="5DC7EE33" w14:textId="77777777" w:rsidR="00A26E69" w:rsidRPr="00753C04" w:rsidRDefault="00A26E69" w:rsidP="00A26E69">
            <w:pPr>
              <w:spacing w:after="40" w:line="240" w:lineRule="auto"/>
              <w:rPr>
                <w:rFonts w:ascii="Times New Roman" w:hAnsi="Times New Roman" w:cs="Times New Roman"/>
                <w:sz w:val="24"/>
                <w:szCs w:val="24"/>
              </w:rPr>
            </w:pPr>
            <w:r w:rsidRPr="00753C04">
              <w:rPr>
                <w:rFonts w:eastAsia="Arial" w:cs="Times New Roman"/>
                <w:sz w:val="20"/>
                <w:szCs w:val="24"/>
              </w:rPr>
              <w:t>Domaine prioritaire</w:t>
            </w:r>
          </w:p>
        </w:tc>
        <w:tc>
          <w:tcPr>
            <w:tcW w:w="5035" w:type="dxa"/>
            <w:tcMar>
              <w:top w:w="90" w:type="dxa"/>
              <w:left w:w="100" w:type="dxa"/>
              <w:bottom w:w="90" w:type="dxa"/>
              <w:right w:w="100" w:type="dxa"/>
            </w:tcMar>
            <w:vAlign w:val="center"/>
          </w:tcPr>
          <w:p w14:paraId="5A0A03A7" w14:textId="77777777" w:rsidR="00A26E69" w:rsidRPr="00753C04" w:rsidRDefault="00A26E69" w:rsidP="00A26E69">
            <w:pPr>
              <w:spacing w:after="40" w:line="240" w:lineRule="auto"/>
              <w:rPr>
                <w:rFonts w:ascii="Times New Roman" w:hAnsi="Times New Roman" w:cs="Times New Roman"/>
                <w:sz w:val="24"/>
                <w:szCs w:val="24"/>
              </w:rPr>
            </w:pPr>
          </w:p>
        </w:tc>
      </w:tr>
      <w:tr w:rsidR="00A26E69" w:rsidRPr="00753C04" w14:paraId="76B240B6" w14:textId="77777777" w:rsidTr="007C3D8A">
        <w:trPr>
          <w:cantSplit/>
          <w:jc w:val="center"/>
        </w:trPr>
        <w:tc>
          <w:tcPr>
            <w:tcW w:w="5035" w:type="dxa"/>
            <w:shd w:val="clear" w:color="auto" w:fill="F5F8F5"/>
            <w:tcMar>
              <w:top w:w="90" w:type="dxa"/>
              <w:left w:w="100" w:type="dxa"/>
              <w:bottom w:w="90" w:type="dxa"/>
              <w:right w:w="100" w:type="dxa"/>
            </w:tcMar>
            <w:vAlign w:val="center"/>
          </w:tcPr>
          <w:p w14:paraId="694D325F" w14:textId="77777777" w:rsidR="00A26E69" w:rsidRPr="00753C04" w:rsidRDefault="00A26E69" w:rsidP="00A26E69">
            <w:pPr>
              <w:spacing w:after="40" w:line="240" w:lineRule="auto"/>
              <w:rPr>
                <w:rFonts w:ascii="Times New Roman" w:hAnsi="Times New Roman" w:cs="Times New Roman"/>
                <w:sz w:val="24"/>
                <w:szCs w:val="24"/>
              </w:rPr>
            </w:pPr>
            <w:r w:rsidRPr="00753C04">
              <w:rPr>
                <w:rFonts w:eastAsia="Arial" w:cs="Times New Roman"/>
                <w:sz w:val="20"/>
                <w:szCs w:val="24"/>
              </w:rPr>
              <w:t>Durée (3 mois)</w:t>
            </w:r>
          </w:p>
        </w:tc>
        <w:tc>
          <w:tcPr>
            <w:tcW w:w="5035" w:type="dxa"/>
            <w:shd w:val="clear" w:color="auto" w:fill="F5F8F5"/>
            <w:tcMar>
              <w:top w:w="90" w:type="dxa"/>
              <w:left w:w="100" w:type="dxa"/>
              <w:bottom w:w="90" w:type="dxa"/>
              <w:right w:w="100" w:type="dxa"/>
            </w:tcMar>
            <w:vAlign w:val="center"/>
          </w:tcPr>
          <w:p w14:paraId="51925ACD" w14:textId="77777777" w:rsidR="00A26E69" w:rsidRPr="00753C04" w:rsidRDefault="00A26E69" w:rsidP="00A26E69">
            <w:pPr>
              <w:spacing w:after="40" w:line="240" w:lineRule="auto"/>
              <w:rPr>
                <w:rFonts w:ascii="Times New Roman" w:hAnsi="Times New Roman" w:cs="Times New Roman"/>
                <w:sz w:val="24"/>
                <w:szCs w:val="24"/>
              </w:rPr>
            </w:pPr>
          </w:p>
        </w:tc>
      </w:tr>
      <w:tr w:rsidR="00A26E69" w:rsidRPr="00753C04" w14:paraId="5CADC72B" w14:textId="77777777" w:rsidTr="007C3D8A">
        <w:trPr>
          <w:cantSplit/>
          <w:jc w:val="center"/>
        </w:trPr>
        <w:tc>
          <w:tcPr>
            <w:tcW w:w="5035" w:type="dxa"/>
            <w:tcMar>
              <w:top w:w="90" w:type="dxa"/>
              <w:left w:w="100" w:type="dxa"/>
              <w:bottom w:w="90" w:type="dxa"/>
              <w:right w:w="100" w:type="dxa"/>
            </w:tcMar>
            <w:vAlign w:val="center"/>
          </w:tcPr>
          <w:p w14:paraId="2F6988F1" w14:textId="77777777" w:rsidR="00A26E69" w:rsidRPr="00753C04" w:rsidRDefault="00A26E69" w:rsidP="00A26E69">
            <w:pPr>
              <w:spacing w:after="40" w:line="240" w:lineRule="auto"/>
              <w:rPr>
                <w:rFonts w:ascii="Times New Roman" w:hAnsi="Times New Roman" w:cs="Times New Roman"/>
                <w:sz w:val="24"/>
                <w:szCs w:val="24"/>
              </w:rPr>
            </w:pPr>
            <w:r w:rsidRPr="00753C04">
              <w:rPr>
                <w:rFonts w:eastAsia="Arial" w:cs="Times New Roman"/>
                <w:sz w:val="20"/>
                <w:szCs w:val="24"/>
              </w:rPr>
              <w:t>Montant sollicité (FCFA)</w:t>
            </w:r>
          </w:p>
        </w:tc>
        <w:tc>
          <w:tcPr>
            <w:tcW w:w="5035" w:type="dxa"/>
            <w:tcMar>
              <w:top w:w="90" w:type="dxa"/>
              <w:left w:w="100" w:type="dxa"/>
              <w:bottom w:w="90" w:type="dxa"/>
              <w:right w:w="100" w:type="dxa"/>
            </w:tcMar>
            <w:vAlign w:val="center"/>
          </w:tcPr>
          <w:p w14:paraId="7EB76515" w14:textId="77777777" w:rsidR="00A26E69" w:rsidRPr="00753C04" w:rsidRDefault="00A26E69" w:rsidP="00A26E69">
            <w:pPr>
              <w:spacing w:after="40" w:line="240" w:lineRule="auto"/>
              <w:rPr>
                <w:rFonts w:ascii="Times New Roman" w:hAnsi="Times New Roman" w:cs="Times New Roman"/>
                <w:sz w:val="24"/>
                <w:szCs w:val="24"/>
              </w:rPr>
            </w:pPr>
          </w:p>
        </w:tc>
      </w:tr>
      <w:tr w:rsidR="00A26E69" w:rsidRPr="00753C04" w14:paraId="2E372F2A" w14:textId="77777777" w:rsidTr="007C3D8A">
        <w:trPr>
          <w:cantSplit/>
          <w:jc w:val="center"/>
        </w:trPr>
        <w:tc>
          <w:tcPr>
            <w:tcW w:w="5035" w:type="dxa"/>
            <w:shd w:val="clear" w:color="auto" w:fill="F5F8F5"/>
            <w:tcMar>
              <w:top w:w="90" w:type="dxa"/>
              <w:left w:w="100" w:type="dxa"/>
              <w:bottom w:w="90" w:type="dxa"/>
              <w:right w:w="100" w:type="dxa"/>
            </w:tcMar>
            <w:vAlign w:val="center"/>
          </w:tcPr>
          <w:p w14:paraId="11BEB63C" w14:textId="77777777" w:rsidR="00A26E69" w:rsidRPr="00753C04" w:rsidRDefault="00A26E69" w:rsidP="00A26E69">
            <w:pPr>
              <w:spacing w:after="40" w:line="240" w:lineRule="auto"/>
              <w:rPr>
                <w:rFonts w:ascii="Times New Roman" w:hAnsi="Times New Roman" w:cs="Times New Roman"/>
                <w:sz w:val="24"/>
                <w:szCs w:val="24"/>
              </w:rPr>
            </w:pPr>
            <w:r>
              <w:rPr>
                <w:rFonts w:eastAsia="Arial"/>
                <w:sz w:val="20"/>
              </w:rPr>
              <w:t>Contribution propre en espèces (minimum 10 %, en FCFA et %)</w:t>
            </w:r>
          </w:p>
        </w:tc>
        <w:tc>
          <w:tcPr>
            <w:tcW w:w="5035" w:type="dxa"/>
            <w:shd w:val="clear" w:color="auto" w:fill="F5F8F5"/>
            <w:tcMar>
              <w:top w:w="90" w:type="dxa"/>
              <w:left w:w="100" w:type="dxa"/>
              <w:bottom w:w="90" w:type="dxa"/>
              <w:right w:w="100" w:type="dxa"/>
            </w:tcMar>
            <w:vAlign w:val="center"/>
          </w:tcPr>
          <w:p w14:paraId="5C61C7B4" w14:textId="77777777" w:rsidR="00A26E69" w:rsidRPr="00753C04" w:rsidRDefault="00A26E69" w:rsidP="00A26E69">
            <w:pPr>
              <w:spacing w:after="40" w:line="240" w:lineRule="auto"/>
              <w:rPr>
                <w:rFonts w:ascii="Times New Roman" w:hAnsi="Times New Roman" w:cs="Times New Roman"/>
                <w:sz w:val="24"/>
                <w:szCs w:val="24"/>
              </w:rPr>
            </w:pPr>
          </w:p>
        </w:tc>
      </w:tr>
    </w:tbl>
    <w:p w14:paraId="3FC17F22" w14:textId="77777777" w:rsidR="00357A47" w:rsidRPr="00357A47" w:rsidRDefault="00357A47">
      <w:pPr>
        <w:pStyle w:val="Titre1"/>
        <w:rPr>
          <w:rFonts w:ascii="Times New Roman" w:eastAsia="Times New Roman" w:hAnsi="Times New Roman" w:cs="Times New Roman"/>
          <w:sz w:val="10"/>
          <w:szCs w:val="8"/>
        </w:rPr>
      </w:pPr>
    </w:p>
    <w:p w14:paraId="161931E1" w14:textId="134456C5"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t>1. RÉSUMÉ DU PROJET</w:t>
      </w:r>
    </w:p>
    <w:p w14:paraId="5F9B537C" w14:textId="77777777" w:rsidR="00A26E69" w:rsidRPr="00753C04" w:rsidRDefault="00615F4E" w:rsidP="00A26E69">
      <w:pPr>
        <w:rPr>
          <w:rFonts w:ascii="Times New Roman" w:hAnsi="Times New Roman" w:cs="Times New Roman"/>
          <w:i/>
          <w:iCs/>
          <w:sz w:val="24"/>
          <w:szCs w:val="24"/>
        </w:rPr>
      </w:pPr>
      <w:r w:rsidRPr="00753C04">
        <w:rPr>
          <w:rFonts w:ascii="Times New Roman" w:eastAsia="Times New Roman" w:hAnsi="Times New Roman" w:cs="Times New Roman"/>
          <w:b/>
          <w:color w:val="1F4E3D"/>
          <w:sz w:val="24"/>
          <w:szCs w:val="24"/>
        </w:rPr>
        <w:t>Résumé du projet (300 mots max)</w:t>
      </w:r>
      <w:r w:rsidRPr="00753C04">
        <w:rPr>
          <w:rFonts w:ascii="Times New Roman" w:eastAsia="Times New Roman" w:hAnsi="Times New Roman" w:cs="Times New Roman"/>
          <w:b/>
          <w:color w:val="1F4E3D"/>
          <w:sz w:val="24"/>
          <w:szCs w:val="24"/>
        </w:rPr>
        <w:br/>
        <w:t>Présenter le problème climatique/environnemental, la zone et les communautés concernées, la solution proposée, les activités, les bénéficiaires, les résultats mesurables et les indicateurs, ainsi que la contribution à la résilience climatique, à l’égalité de genre et à l’autonomisation des femmes.</w:t>
      </w:r>
    </w:p>
    <w:p w14:paraId="64DEB893"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4F5BDB42"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1F7567C"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58BD8EEA" w14:textId="77777777" w:rsidR="00C91849" w:rsidRDefault="00615F4E" w:rsidP="00753C04">
      <w:r w:rsidRPr="00753C04">
        <w:rPr>
          <w:rFonts w:ascii="Times New Roman" w:eastAsia="Times New Roman" w:hAnsi="Times New Roman" w:cs="Times New Roman"/>
          <w:sz w:val="24"/>
          <w:szCs w:val="24"/>
        </w:rPr>
        <w:t>........................................................................................................................................................................</w:t>
      </w:r>
    </w:p>
    <w:p w14:paraId="7B2085DD"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lastRenderedPageBreak/>
        <w:t>2. PRÉSENTATION DE L’ORGANISATION PORTEUSE</w:t>
      </w:r>
    </w:p>
    <w:p w14:paraId="29BC6DD7" w14:textId="77777777" w:rsidR="006F72B9" w:rsidRPr="00357A47" w:rsidRDefault="00615F4E">
      <w:pPr>
        <w:keepNext/>
        <w:rPr>
          <w:rFonts w:ascii="Times New Roman" w:eastAsia="MS Gothic" w:hAnsi="Times New Roman" w:cs="Times New Roman"/>
          <w:b/>
          <w:bCs/>
          <w:i/>
          <w:iCs/>
          <w:sz w:val="10"/>
          <w:szCs w:val="10"/>
        </w:rPr>
      </w:pPr>
      <w:r w:rsidRPr="00753C04">
        <w:rPr>
          <w:rFonts w:ascii="Times New Roman" w:eastAsia="Times New Roman" w:hAnsi="Times New Roman" w:cs="Times New Roman"/>
          <w:b/>
          <w:color w:val="315B46"/>
          <w:sz w:val="24"/>
          <w:szCs w:val="24"/>
        </w:rPr>
        <w:t>2.1. Présentation</w:t>
      </w:r>
      <w:r w:rsidR="002B49FD" w:rsidRPr="00753C04">
        <w:rPr>
          <w:rFonts w:ascii="Times New Roman" w:eastAsia="Times New Roman" w:hAnsi="Times New Roman" w:cs="Times New Roman"/>
          <w:b/>
          <w:color w:val="1F4E3D"/>
          <w:sz w:val="24"/>
          <w:szCs w:val="24"/>
        </w:rPr>
        <w:t xml:space="preserve"> institutionnelle</w:t>
      </w:r>
      <w:r w:rsidRPr="00753C04">
        <w:rPr>
          <w:rFonts w:ascii="Times New Roman" w:eastAsia="Times New Roman" w:hAnsi="Times New Roman" w:cs="Times New Roman"/>
          <w:b/>
          <w:color w:val="1F4E3D"/>
          <w:sz w:val="24"/>
          <w:szCs w:val="24"/>
        </w:rPr>
        <w:t xml:space="preserve"> et mandat</w:t>
      </w:r>
      <w:r w:rsidRPr="00753C04">
        <w:rPr>
          <w:rFonts w:ascii="Times New Roman" w:eastAsia="Times New Roman" w:hAnsi="Times New Roman" w:cs="Times New Roman"/>
          <w:sz w:val="24"/>
          <w:szCs w:val="24"/>
        </w:rPr>
        <w:br/>
      </w:r>
    </w:p>
    <w:p w14:paraId="3CCEA301"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Dénomination officielle et statut juridique : </w:t>
      </w:r>
      <w:r w:rsidRPr="00753C04">
        <w:rPr>
          <w:rFonts w:ascii="Times New Roman" w:eastAsia="Times New Roman" w:hAnsi="Times New Roman" w:cs="Times New Roman"/>
          <w:sz w:val="24"/>
          <w:szCs w:val="24"/>
        </w:rPr>
        <w:t>........................................................................................................................</w:t>
      </w:r>
    </w:p>
    <w:p w14:paraId="5E50254B"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Année de création et numéro de récépissé : </w:t>
      </w:r>
      <w:r w:rsidRPr="00753C04">
        <w:rPr>
          <w:rFonts w:ascii="Times New Roman" w:eastAsia="Times New Roman" w:hAnsi="Times New Roman" w:cs="Times New Roman"/>
          <w:sz w:val="24"/>
          <w:szCs w:val="24"/>
        </w:rPr>
        <w:t>........................................................................................................................</w:t>
      </w:r>
    </w:p>
    <w:p w14:paraId="43B39679"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Mission et vision : </w:t>
      </w:r>
      <w:r w:rsidRPr="00753C04">
        <w:rPr>
          <w:rFonts w:ascii="Times New Roman" w:eastAsia="Times New Roman" w:hAnsi="Times New Roman" w:cs="Times New Roman"/>
          <w:sz w:val="24"/>
          <w:szCs w:val="24"/>
        </w:rPr>
        <w:t>........................................................................................................................</w:t>
      </w:r>
    </w:p>
    <w:p w14:paraId="5BA06CD5"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Principaux domaines d’intervention : </w:t>
      </w:r>
      <w:r w:rsidRPr="00753C04">
        <w:rPr>
          <w:rFonts w:ascii="Times New Roman" w:eastAsia="Times New Roman" w:hAnsi="Times New Roman" w:cs="Times New Roman"/>
          <w:sz w:val="24"/>
          <w:szCs w:val="24"/>
        </w:rPr>
        <w:t>........................................................................................................................</w:t>
      </w:r>
    </w:p>
    <w:p w14:paraId="347C0F28"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Zone géographique d’intervention : </w:t>
      </w:r>
      <w:r w:rsidRPr="00753C04">
        <w:rPr>
          <w:rFonts w:ascii="Times New Roman" w:eastAsia="Times New Roman" w:hAnsi="Times New Roman" w:cs="Times New Roman"/>
          <w:sz w:val="24"/>
          <w:szCs w:val="24"/>
        </w:rPr>
        <w:t>........................................................................................................................</w:t>
      </w:r>
    </w:p>
    <w:p w14:paraId="165E3AF7"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Groupes cibles et communautés accompagnées : </w:t>
      </w:r>
      <w:r w:rsidRPr="00753C04">
        <w:rPr>
          <w:rFonts w:ascii="Times New Roman" w:eastAsia="Times New Roman" w:hAnsi="Times New Roman" w:cs="Times New Roman"/>
          <w:sz w:val="24"/>
          <w:szCs w:val="24"/>
        </w:rPr>
        <w:t>........................................................................................................................</w:t>
      </w:r>
    </w:p>
    <w:p w14:paraId="3808C982" w14:textId="77777777" w:rsidR="002E09DB" w:rsidRPr="00753C04" w:rsidRDefault="002E09DB">
      <w:pPr>
        <w:rPr>
          <w:rFonts w:ascii="Times New Roman" w:hAnsi="Times New Roman" w:cs="Times New Roman"/>
          <w:sz w:val="24"/>
          <w:szCs w:val="24"/>
        </w:rPr>
      </w:pPr>
    </w:p>
    <w:p w14:paraId="44274769" w14:textId="77777777" w:rsidR="006F72B9" w:rsidRPr="00753C04" w:rsidRDefault="00615F4E" w:rsidP="00E93FEC">
      <w:pPr>
        <w:keepNext/>
        <w:rPr>
          <w:rFonts w:ascii="Times New Roman" w:hAnsi="Times New Roman" w:cs="Times New Roman"/>
          <w:sz w:val="24"/>
          <w:szCs w:val="24"/>
        </w:rPr>
      </w:pPr>
      <w:r w:rsidRPr="00753C04">
        <w:rPr>
          <w:rFonts w:ascii="Times New Roman" w:eastAsia="Times New Roman" w:hAnsi="Times New Roman" w:cs="Times New Roman"/>
          <w:b/>
          <w:color w:val="315B46"/>
          <w:sz w:val="24"/>
          <w:szCs w:val="24"/>
        </w:rPr>
        <w:t>2.2. Expérience</w:t>
      </w:r>
      <w:r w:rsidR="002B49FD" w:rsidRPr="00753C04">
        <w:rPr>
          <w:rFonts w:ascii="Times New Roman" w:eastAsia="Times New Roman" w:hAnsi="Times New Roman" w:cs="Times New Roman"/>
          <w:b/>
          <w:color w:val="1F4E3D"/>
          <w:sz w:val="24"/>
          <w:szCs w:val="24"/>
        </w:rPr>
        <w:t>s</w:t>
      </w:r>
      <w:r w:rsidRPr="00753C04">
        <w:rPr>
          <w:rFonts w:ascii="Times New Roman" w:eastAsia="Times New Roman" w:hAnsi="Times New Roman" w:cs="Times New Roman"/>
          <w:b/>
          <w:color w:val="1F4E3D"/>
          <w:sz w:val="24"/>
          <w:szCs w:val="24"/>
        </w:rPr>
        <w:t xml:space="preserve"> </w:t>
      </w:r>
      <w:r w:rsidR="002B49FD" w:rsidRPr="00753C04">
        <w:rPr>
          <w:rFonts w:ascii="Times New Roman" w:eastAsia="Times New Roman" w:hAnsi="Times New Roman" w:cs="Times New Roman"/>
          <w:b/>
          <w:color w:val="1F4E3D"/>
          <w:sz w:val="24"/>
          <w:szCs w:val="24"/>
        </w:rPr>
        <w:t xml:space="preserve">et réalisations </w:t>
      </w:r>
      <w:r w:rsidRPr="00753C04">
        <w:rPr>
          <w:rFonts w:ascii="Times New Roman" w:eastAsia="Times New Roman" w:hAnsi="Times New Roman" w:cs="Times New Roman"/>
          <w:b/>
          <w:color w:val="1F4E3D"/>
          <w:sz w:val="24"/>
          <w:szCs w:val="24"/>
        </w:rPr>
        <w:t>pertinente</w:t>
      </w:r>
      <w:r w:rsidR="002B49FD" w:rsidRPr="00753C04">
        <w:rPr>
          <w:rFonts w:ascii="Times New Roman" w:eastAsia="Times New Roman" w:hAnsi="Times New Roman" w:cs="Times New Roman"/>
          <w:b/>
          <w:color w:val="1F4E3D"/>
          <w:sz w:val="24"/>
          <w:szCs w:val="24"/>
        </w:rPr>
        <w:t>s</w:t>
      </w:r>
      <w:r w:rsidRPr="00753C04">
        <w:rPr>
          <w:rFonts w:ascii="Times New Roman" w:eastAsia="Times New Roman" w:hAnsi="Times New Roman" w:cs="Times New Roman"/>
          <w:sz w:val="24"/>
          <w:szCs w:val="24"/>
        </w:rPr>
        <w:br/>
      </w:r>
    </w:p>
    <w:p w14:paraId="31EB500D" w14:textId="77777777" w:rsidR="002B49FD" w:rsidRPr="00753C04" w:rsidRDefault="002B49FD" w:rsidP="002B49FD">
      <w:pPr>
        <w:spacing w:after="100"/>
        <w:rPr>
          <w:rFonts w:ascii="Times New Roman" w:hAnsi="Times New Roman" w:cs="Times New Roman"/>
          <w:sz w:val="24"/>
          <w:szCs w:val="24"/>
        </w:rPr>
      </w:pPr>
      <w:r w:rsidRPr="00753C04">
        <w:rPr>
          <w:rFonts w:ascii="Times New Roman" w:eastAsia="Times New Roman" w:hAnsi="Times New Roman" w:cs="Times New Roman"/>
          <w:i/>
          <w:sz w:val="24"/>
          <w:szCs w:val="24"/>
        </w:rPr>
        <w:t>Décrire les expériences en droits des femmes, égalité de genre, environnement/climat, résilience, autonomisation et mobilisation communautaire. Donner des exemples, résultats, bénéficiaires et partenaires.</w:t>
      </w:r>
    </w:p>
    <w:p w14:paraId="2B6AD273"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Expériences et réalisations : </w:t>
      </w:r>
      <w:r w:rsidRPr="00753C04">
        <w:rPr>
          <w:rFonts w:ascii="Times New Roman" w:eastAsia="Times New Roman" w:hAnsi="Times New Roman" w:cs="Times New Roman"/>
          <w:sz w:val="24"/>
          <w:szCs w:val="24"/>
        </w:rPr>
        <w:t>........................................................................................................................</w:t>
      </w:r>
    </w:p>
    <w:p w14:paraId="3C184372"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09E032B3"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7905BF09"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6C7EBD72"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55369DF2" w14:textId="77777777" w:rsidR="002E09DB" w:rsidRPr="00753C04" w:rsidRDefault="002E09DB">
      <w:pPr>
        <w:rPr>
          <w:rFonts w:ascii="Times New Roman" w:hAnsi="Times New Roman" w:cs="Times New Roman"/>
          <w:sz w:val="24"/>
          <w:szCs w:val="24"/>
        </w:rPr>
      </w:pPr>
    </w:p>
    <w:p w14:paraId="2B563D88" w14:textId="77777777" w:rsidR="006F72B9" w:rsidRPr="00753C04" w:rsidRDefault="00615F4E" w:rsidP="00E93FEC">
      <w:pPr>
        <w:keepNext/>
        <w:rPr>
          <w:rFonts w:ascii="Times New Roman" w:hAnsi="Times New Roman" w:cs="Times New Roman"/>
          <w:sz w:val="24"/>
          <w:szCs w:val="24"/>
        </w:rPr>
      </w:pPr>
      <w:r w:rsidRPr="00753C04">
        <w:rPr>
          <w:rFonts w:ascii="Times New Roman" w:eastAsia="Times New Roman" w:hAnsi="Times New Roman" w:cs="Times New Roman"/>
          <w:b/>
          <w:color w:val="315B46"/>
          <w:sz w:val="24"/>
          <w:szCs w:val="24"/>
        </w:rPr>
        <w:t>2.3. Capacités de mise en œuvre</w:t>
      </w:r>
      <w:r w:rsidRPr="00753C04">
        <w:rPr>
          <w:rFonts w:ascii="Times New Roman" w:eastAsia="Times New Roman" w:hAnsi="Times New Roman" w:cs="Times New Roman"/>
          <w:sz w:val="24"/>
          <w:szCs w:val="24"/>
        </w:rPr>
        <w:br/>
      </w:r>
    </w:p>
    <w:p w14:paraId="26836479" w14:textId="77777777" w:rsidR="002B49FD" w:rsidRPr="00753C04" w:rsidRDefault="002B49FD" w:rsidP="002B49FD">
      <w:pPr>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Équipe de mise en œuvre et responsabilités : </w:t>
      </w:r>
      <w:r w:rsidRPr="00753C04">
        <w:rPr>
          <w:rFonts w:ascii="Times New Roman" w:eastAsia="Times New Roman" w:hAnsi="Times New Roman" w:cs="Times New Roman"/>
          <w:sz w:val="24"/>
          <w:szCs w:val="24"/>
        </w:rPr>
        <w:t>........................................................................................................................</w:t>
      </w:r>
    </w:p>
    <w:p w14:paraId="19B2362C" w14:textId="77777777" w:rsidR="002B49FD" w:rsidRDefault="002B49FD" w:rsidP="002B49FD">
      <w:pPr>
        <w:spacing w:after="200"/>
        <w:rPr>
          <w:rFonts w:ascii="Times New Roman" w:hAnsi="Times New Roman" w:cs="Times New Roman"/>
          <w:b/>
          <w:sz w:val="24"/>
          <w:szCs w:val="24"/>
        </w:rPr>
      </w:pPr>
    </w:p>
    <w:p w14:paraId="64D50302" w14:textId="77777777" w:rsidR="00C91849" w:rsidRPr="00753C04" w:rsidRDefault="00C91849" w:rsidP="002B49FD">
      <w:pPr>
        <w:spacing w:after="200"/>
        <w:rPr>
          <w:rFonts w:ascii="Times New Roman" w:hAnsi="Times New Roman" w:cs="Times New Roman"/>
          <w:b/>
          <w:sz w:val="24"/>
          <w:szCs w:val="24"/>
        </w:rPr>
      </w:pPr>
    </w:p>
    <w:p w14:paraId="5AE15970"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Compétences techniques : </w:t>
      </w:r>
      <w:r w:rsidRPr="00753C04">
        <w:rPr>
          <w:rFonts w:ascii="Times New Roman" w:eastAsia="Times New Roman" w:hAnsi="Times New Roman" w:cs="Times New Roman"/>
          <w:sz w:val="24"/>
          <w:szCs w:val="24"/>
        </w:rPr>
        <w:t>........................................................................................................................</w:t>
      </w:r>
    </w:p>
    <w:p w14:paraId="1231053E"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Gestion administrative, financière et comptable : </w:t>
      </w:r>
      <w:r w:rsidRPr="00753C04">
        <w:rPr>
          <w:rFonts w:ascii="Times New Roman" w:eastAsia="Times New Roman" w:hAnsi="Times New Roman" w:cs="Times New Roman"/>
          <w:sz w:val="24"/>
          <w:szCs w:val="24"/>
        </w:rPr>
        <w:t>........................................................................................................................</w:t>
      </w:r>
    </w:p>
    <w:p w14:paraId="7DA2D00B"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Suivi, documentation et rapportage : </w:t>
      </w:r>
      <w:r w:rsidRPr="00753C04">
        <w:rPr>
          <w:rFonts w:ascii="Times New Roman" w:eastAsia="Times New Roman" w:hAnsi="Times New Roman" w:cs="Times New Roman"/>
          <w:sz w:val="24"/>
          <w:szCs w:val="24"/>
        </w:rPr>
        <w:t>........................................................................................................................</w:t>
      </w:r>
    </w:p>
    <w:p w14:paraId="6A1442DC"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Moyens matériels et logistiques : </w:t>
      </w:r>
      <w:r w:rsidRPr="00753C04">
        <w:rPr>
          <w:rFonts w:ascii="Times New Roman" w:eastAsia="Times New Roman" w:hAnsi="Times New Roman" w:cs="Times New Roman"/>
          <w:sz w:val="24"/>
          <w:szCs w:val="24"/>
        </w:rPr>
        <w:t>........................................................................................................................</w:t>
      </w:r>
    </w:p>
    <w:p w14:paraId="2655DE58" w14:textId="77777777" w:rsidR="002B49FD" w:rsidRPr="00753C04" w:rsidRDefault="002B49FD" w:rsidP="002B49FD">
      <w:pPr>
        <w:spacing w:after="200"/>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Partenariats communautaires, institutionnels ou techniques : </w:t>
      </w:r>
      <w:r w:rsidRPr="00753C04">
        <w:rPr>
          <w:rFonts w:ascii="Times New Roman" w:eastAsia="Times New Roman" w:hAnsi="Times New Roman" w:cs="Times New Roman"/>
          <w:sz w:val="24"/>
          <w:szCs w:val="24"/>
        </w:rPr>
        <w:t>........................................................................................................................</w:t>
      </w:r>
    </w:p>
    <w:p w14:paraId="473FA970" w14:textId="77777777" w:rsidR="002B49FD" w:rsidRPr="00753C04" w:rsidRDefault="002B49FD" w:rsidP="002B49FD">
      <w:pPr>
        <w:keepNext/>
        <w:spacing w:before="80"/>
        <w:rPr>
          <w:rFonts w:ascii="Times New Roman" w:hAnsi="Times New Roman" w:cs="Times New Roman"/>
          <w:color w:val="auto"/>
          <w:sz w:val="24"/>
          <w:szCs w:val="24"/>
        </w:rPr>
      </w:pPr>
      <w:r w:rsidRPr="00753C04">
        <w:rPr>
          <w:rFonts w:ascii="Times New Roman" w:hAnsi="Times New Roman" w:cs="Times New Roman"/>
          <w:b/>
          <w:color w:val="315B46"/>
          <w:sz w:val="24"/>
          <w:szCs w:val="24"/>
        </w:rPr>
        <w:t xml:space="preserve">Mesures de sécurité et de protection : </w:t>
      </w:r>
      <w:r w:rsidRPr="00753C04">
        <w:rPr>
          <w:rFonts w:ascii="Times New Roman" w:hAnsi="Times New Roman" w:cs="Times New Roman"/>
          <w:color w:val="auto"/>
          <w:sz w:val="24"/>
          <w:szCs w:val="24"/>
        </w:rPr>
        <w:t>........................................................................................................................</w:t>
      </w:r>
    </w:p>
    <w:p w14:paraId="705414DC" w14:textId="77777777" w:rsidR="00E93FEC" w:rsidRPr="00753C04" w:rsidRDefault="00E93FEC" w:rsidP="00E93FEC">
      <w:pPr>
        <w:rPr>
          <w:rFonts w:ascii="Times New Roman" w:hAnsi="Times New Roman" w:cs="Times New Roman"/>
          <w:sz w:val="24"/>
          <w:szCs w:val="24"/>
        </w:rPr>
      </w:pPr>
    </w:p>
    <w:p w14:paraId="64B140B1" w14:textId="77777777" w:rsidR="006F72B9" w:rsidRPr="00753C04" w:rsidRDefault="00E93FEC" w:rsidP="002B49FD">
      <w:pPr>
        <w:pStyle w:val="Titre1"/>
        <w:rPr>
          <w:rFonts w:ascii="Times New Roman" w:hAnsi="Times New Roman" w:cs="Times New Roman"/>
          <w:szCs w:val="24"/>
        </w:rPr>
      </w:pPr>
      <w:r w:rsidRPr="00753C04">
        <w:rPr>
          <w:rFonts w:ascii="Times New Roman" w:eastAsia="Times New Roman" w:hAnsi="Times New Roman" w:cs="Times New Roman"/>
          <w:sz w:val="28"/>
          <w:szCs w:val="24"/>
        </w:rPr>
        <w:t>3. CONTEXTE ET JUSTIFICATION DU MICROPROJET</w:t>
      </w:r>
    </w:p>
    <w:p w14:paraId="7F0BC168" w14:textId="77777777" w:rsidR="00E93FEC" w:rsidRPr="00753C04" w:rsidRDefault="00E93FEC" w:rsidP="00E93FEC">
      <w:pPr>
        <w:rPr>
          <w:rFonts w:ascii="Times New Roman" w:hAnsi="Times New Roman" w:cs="Times New Roman"/>
          <w:sz w:val="24"/>
          <w:szCs w:val="24"/>
        </w:rPr>
      </w:pPr>
    </w:p>
    <w:p w14:paraId="01079D55" w14:textId="77777777" w:rsidR="006F72B9" w:rsidRPr="00753C04" w:rsidRDefault="00615F4E">
      <w:pPr>
        <w:keepNext/>
        <w:rPr>
          <w:rFonts w:ascii="Times New Roman" w:eastAsia="MS Gothic" w:hAnsi="Times New Roman" w:cs="Times New Roman"/>
          <w:b/>
          <w:bCs/>
          <w:i/>
          <w:iCs/>
          <w:sz w:val="24"/>
          <w:szCs w:val="24"/>
        </w:rPr>
      </w:pPr>
      <w:r w:rsidRPr="00753C04">
        <w:rPr>
          <w:rFonts w:ascii="Times New Roman" w:eastAsia="Times New Roman" w:hAnsi="Times New Roman" w:cs="Times New Roman"/>
          <w:b/>
          <w:color w:val="315B46"/>
          <w:sz w:val="24"/>
          <w:szCs w:val="24"/>
        </w:rPr>
        <w:t>3.1. Problème climatique identifié</w:t>
      </w:r>
      <w:r w:rsidRPr="00753C04">
        <w:rPr>
          <w:rFonts w:ascii="Times New Roman" w:eastAsia="Times New Roman" w:hAnsi="Times New Roman" w:cs="Times New Roman"/>
          <w:sz w:val="24"/>
          <w:szCs w:val="24"/>
        </w:rPr>
        <w:br/>
      </w:r>
      <w:r w:rsidR="0071364D" w:rsidRPr="00753C04">
        <w:rPr>
          <w:rFonts w:ascii="Times New Roman" w:eastAsia="Times New Roman" w:hAnsi="Times New Roman" w:cs="Times New Roman"/>
          <w:b/>
          <w:bCs/>
          <w:i/>
          <w:iCs/>
          <w:sz w:val="24"/>
          <w:szCs w:val="24"/>
        </w:rPr>
        <w:t>Décrire les</w:t>
      </w:r>
      <w:r w:rsidR="001E6DE7" w:rsidRPr="00753C04">
        <w:rPr>
          <w:rFonts w:ascii="Times New Roman" w:eastAsia="Times New Roman" w:hAnsi="Times New Roman" w:cs="Times New Roman"/>
          <w:b/>
          <w:bCs/>
          <w:i/>
          <w:iCs/>
          <w:sz w:val="24"/>
          <w:szCs w:val="24"/>
        </w:rPr>
        <w:t xml:space="preserve"> risques observés (sécheresse, inondations, dégradation des terres, raréfaction de l’eau, perte de biodiversité, déchets, etc.), leurs causes, conséquences et effets différenciés sur les femmes, les filles, les hommes et les groupes vulnérables.</w:t>
      </w:r>
      <w:r w:rsidRPr="00753C04">
        <w:rPr>
          <w:rFonts w:ascii="Times New Roman" w:eastAsia="Times New Roman" w:hAnsi="Times New Roman" w:cs="Times New Roman"/>
          <w:b/>
          <w:bCs/>
          <w:i/>
          <w:iCs/>
          <w:sz w:val="24"/>
          <w:szCs w:val="24"/>
        </w:rPr>
        <w:t xml:space="preserve"> Appuyer, si possible, par des données ou observations vérifiables.</w:t>
      </w:r>
    </w:p>
    <w:p w14:paraId="1C2B84BF"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4C905613"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5842EF34"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ADF8D63" w14:textId="77777777" w:rsidR="006F72B9" w:rsidRPr="00753C04" w:rsidRDefault="00615F4E">
      <w:pPr>
        <w:keepNext/>
        <w:rPr>
          <w:rFonts w:ascii="Times New Roman" w:hAnsi="Times New Roman" w:cs="Times New Roman"/>
          <w:sz w:val="24"/>
          <w:szCs w:val="24"/>
        </w:rPr>
      </w:pPr>
      <w:r w:rsidRPr="00753C04">
        <w:rPr>
          <w:rFonts w:ascii="Times New Roman" w:eastAsia="Times New Roman" w:hAnsi="Times New Roman" w:cs="Times New Roman"/>
          <w:b/>
          <w:color w:val="315B46"/>
          <w:sz w:val="24"/>
          <w:szCs w:val="24"/>
        </w:rPr>
        <w:t>3.2. Solution proposée et pertinence</w:t>
      </w:r>
      <w:r w:rsidRPr="00753C04">
        <w:rPr>
          <w:rFonts w:ascii="Times New Roman" w:eastAsia="Times New Roman" w:hAnsi="Times New Roman" w:cs="Times New Roman"/>
          <w:sz w:val="24"/>
          <w:szCs w:val="24"/>
        </w:rPr>
        <w:br/>
      </w:r>
      <w:r w:rsidRPr="00753C04">
        <w:rPr>
          <w:rFonts w:ascii="Times New Roman" w:eastAsia="Times New Roman" w:hAnsi="Times New Roman" w:cs="Times New Roman"/>
          <w:b/>
          <w:bCs/>
          <w:i/>
          <w:iCs/>
          <w:sz w:val="24"/>
          <w:szCs w:val="24"/>
        </w:rPr>
        <w:t>Expliquer pourquoi la solution répond au problème climatique et comment elle articule Environnement – Femme – Développement</w:t>
      </w:r>
    </w:p>
    <w:p w14:paraId="0D3FCD3C"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63B12819"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E5C34DB"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52646D01"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lastRenderedPageBreak/>
        <w:t>4. OBJECTIFS ET RÉSULTATS ATTENDUS</w:t>
      </w:r>
    </w:p>
    <w:p w14:paraId="71B6A916" w14:textId="77777777" w:rsidR="006F72B9" w:rsidRPr="00753C04" w:rsidRDefault="00615F4E">
      <w:pPr>
        <w:keepNext/>
        <w:rPr>
          <w:rFonts w:ascii="Times New Roman" w:eastAsia="MS Gothic" w:hAnsi="Times New Roman" w:cs="Times New Roman"/>
          <w:b/>
          <w:bCs/>
          <w:i/>
          <w:iCs/>
          <w:sz w:val="24"/>
          <w:szCs w:val="24"/>
        </w:rPr>
      </w:pPr>
      <w:r w:rsidRPr="00753C04">
        <w:rPr>
          <w:rFonts w:ascii="Times New Roman" w:eastAsia="Times New Roman" w:hAnsi="Times New Roman" w:cs="Times New Roman"/>
          <w:b/>
          <w:color w:val="315B46"/>
          <w:sz w:val="24"/>
          <w:szCs w:val="24"/>
        </w:rPr>
        <w:t>4.1. Objectif général</w:t>
      </w:r>
      <w:r w:rsidRPr="00753C04">
        <w:rPr>
          <w:rFonts w:ascii="Times New Roman" w:eastAsia="Times New Roman" w:hAnsi="Times New Roman" w:cs="Times New Roman"/>
          <w:sz w:val="24"/>
          <w:szCs w:val="24"/>
        </w:rPr>
        <w:br/>
      </w:r>
    </w:p>
    <w:p w14:paraId="07819626"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169EBAD" w14:textId="77777777" w:rsidR="00805A69" w:rsidRPr="00753C04" w:rsidRDefault="00805A69">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27830458" w14:textId="77777777" w:rsidR="00805A69" w:rsidRPr="00753C04" w:rsidRDefault="00805A69">
      <w:pPr>
        <w:rPr>
          <w:rFonts w:ascii="Times New Roman" w:hAnsi="Times New Roman" w:cs="Times New Roman"/>
          <w:sz w:val="24"/>
          <w:szCs w:val="24"/>
        </w:rPr>
      </w:pPr>
    </w:p>
    <w:p w14:paraId="684A7C28" w14:textId="77777777" w:rsidR="006F72B9" w:rsidRPr="00753C04" w:rsidRDefault="00615F4E">
      <w:pPr>
        <w:keepNext/>
        <w:rPr>
          <w:rFonts w:ascii="Times New Roman" w:hAnsi="Times New Roman" w:cs="Times New Roman"/>
          <w:sz w:val="24"/>
          <w:szCs w:val="24"/>
        </w:rPr>
      </w:pPr>
      <w:r w:rsidRPr="00753C04">
        <w:rPr>
          <w:rFonts w:ascii="Times New Roman" w:eastAsia="Times New Roman" w:hAnsi="Times New Roman" w:cs="Times New Roman"/>
          <w:b/>
          <w:color w:val="315B46"/>
          <w:sz w:val="24"/>
          <w:szCs w:val="24"/>
        </w:rPr>
        <w:t>4.2. Objectifs spécifiques</w:t>
      </w:r>
      <w:r w:rsidRPr="00753C04">
        <w:rPr>
          <w:rFonts w:ascii="Times New Roman" w:eastAsia="Times New Roman" w:hAnsi="Times New Roman" w:cs="Times New Roman"/>
          <w:b/>
          <w:color w:val="315B46"/>
          <w:sz w:val="24"/>
          <w:szCs w:val="24"/>
        </w:rPr>
        <w:br/>
        <w:t>Définir deux ou trois objectifs spécifiques, réalistes et directement liés au problème identifié.</w:t>
      </w:r>
    </w:p>
    <w:p w14:paraId="0C8A02B8"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25970DCF"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2EF9842F" w14:textId="77777777" w:rsidR="00805A69" w:rsidRPr="00753C04" w:rsidRDefault="00805A69">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3550CB94" w14:textId="77777777" w:rsidR="00805A69" w:rsidRPr="00753C04" w:rsidRDefault="00805A69">
      <w:pPr>
        <w:rPr>
          <w:rFonts w:ascii="Times New Roman" w:hAnsi="Times New Roman" w:cs="Times New Roman"/>
          <w:sz w:val="24"/>
          <w:szCs w:val="24"/>
        </w:rPr>
      </w:pPr>
    </w:p>
    <w:p w14:paraId="779EB1B2" w14:textId="77777777" w:rsidR="006F72B9" w:rsidRPr="00753C04" w:rsidRDefault="00615F4E">
      <w:pPr>
        <w:keepNext/>
        <w:rPr>
          <w:rFonts w:ascii="Times New Roman" w:hAnsi="Times New Roman" w:cs="Times New Roman"/>
          <w:sz w:val="24"/>
          <w:szCs w:val="24"/>
        </w:rPr>
      </w:pPr>
      <w:r w:rsidRPr="00753C04">
        <w:rPr>
          <w:rFonts w:ascii="Times New Roman" w:eastAsia="Times New Roman" w:hAnsi="Times New Roman" w:cs="Times New Roman"/>
          <w:b/>
          <w:color w:val="315B46"/>
          <w:sz w:val="24"/>
          <w:szCs w:val="24"/>
        </w:rPr>
        <w:t>4.3. Résultats et indicateurs de suivi</w:t>
      </w:r>
    </w:p>
    <w:tbl>
      <w:tblPr>
        <w:tblStyle w:val="Grilledutableau"/>
        <w:tblW w:w="0" w:type="auto"/>
        <w:tblLayout w:type="fixed"/>
        <w:tblLook w:val="04A0" w:firstRow="1" w:lastRow="0" w:firstColumn="1" w:lastColumn="0" w:noHBand="0" w:noVBand="1"/>
      </w:tblPr>
      <w:tblGrid>
        <w:gridCol w:w="3794"/>
        <w:gridCol w:w="2551"/>
        <w:gridCol w:w="1560"/>
        <w:gridCol w:w="2268"/>
      </w:tblGrid>
      <w:tr w:rsidR="00772FD6" w:rsidRPr="00753C04" w14:paraId="29671977" w14:textId="77777777" w:rsidTr="00D525DD">
        <w:trPr>
          <w:cantSplit/>
          <w:tblHeader/>
        </w:trPr>
        <w:tc>
          <w:tcPr>
            <w:tcW w:w="3794" w:type="dxa"/>
            <w:shd w:val="clear" w:color="auto" w:fill="315B46"/>
            <w:tcMar>
              <w:top w:w="90" w:type="dxa"/>
              <w:left w:w="100" w:type="dxa"/>
              <w:bottom w:w="90" w:type="dxa"/>
              <w:right w:w="100" w:type="dxa"/>
            </w:tcMar>
            <w:vAlign w:val="center"/>
          </w:tcPr>
          <w:p w14:paraId="1E13FE11" w14:textId="77777777" w:rsidR="00772FD6" w:rsidRPr="00753C04" w:rsidRDefault="00772FD6">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Résultat</w:t>
            </w:r>
            <w:r w:rsidR="0052374A" w:rsidRPr="00753C04">
              <w:rPr>
                <w:rFonts w:eastAsia="Arial" w:cs="Times New Roman"/>
                <w:b/>
                <w:color w:val="FFFFFF"/>
                <w:sz w:val="20"/>
                <w:szCs w:val="24"/>
              </w:rPr>
              <w:t>s</w:t>
            </w:r>
            <w:r w:rsidRPr="00753C04">
              <w:rPr>
                <w:rFonts w:eastAsia="Arial" w:cs="Times New Roman"/>
                <w:b/>
                <w:color w:val="FFFFFF"/>
                <w:sz w:val="20"/>
                <w:szCs w:val="24"/>
              </w:rPr>
              <w:t xml:space="preserve"> attendu</w:t>
            </w:r>
            <w:r w:rsidR="0052374A" w:rsidRPr="00753C04">
              <w:rPr>
                <w:rFonts w:eastAsia="Arial" w:cs="Times New Roman"/>
                <w:b/>
                <w:color w:val="FFFFFF"/>
                <w:sz w:val="20"/>
                <w:szCs w:val="24"/>
              </w:rPr>
              <w:t>s</w:t>
            </w:r>
          </w:p>
        </w:tc>
        <w:tc>
          <w:tcPr>
            <w:tcW w:w="2551" w:type="dxa"/>
            <w:shd w:val="clear" w:color="auto" w:fill="315B46"/>
            <w:tcMar>
              <w:top w:w="90" w:type="dxa"/>
              <w:left w:w="100" w:type="dxa"/>
              <w:bottom w:w="90" w:type="dxa"/>
              <w:right w:w="100" w:type="dxa"/>
            </w:tcMar>
            <w:vAlign w:val="center"/>
          </w:tcPr>
          <w:p w14:paraId="00068428" w14:textId="77777777" w:rsidR="00772FD6" w:rsidRPr="00753C04" w:rsidRDefault="00772FD6">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Indicateurs mesurable</w:t>
            </w:r>
            <w:r w:rsidR="001E6DE7" w:rsidRPr="00753C04">
              <w:rPr>
                <w:rFonts w:eastAsia="Arial" w:cs="Times New Roman"/>
                <w:b/>
                <w:color w:val="FFFFFF"/>
                <w:sz w:val="20"/>
                <w:szCs w:val="24"/>
              </w:rPr>
              <w:t>s</w:t>
            </w:r>
          </w:p>
        </w:tc>
        <w:tc>
          <w:tcPr>
            <w:tcW w:w="1560" w:type="dxa"/>
            <w:shd w:val="clear" w:color="auto" w:fill="315B46"/>
            <w:tcMar>
              <w:top w:w="90" w:type="dxa"/>
              <w:left w:w="100" w:type="dxa"/>
              <w:bottom w:w="90" w:type="dxa"/>
              <w:right w:w="100" w:type="dxa"/>
            </w:tcMar>
            <w:vAlign w:val="center"/>
          </w:tcPr>
          <w:p w14:paraId="1508ABEE" w14:textId="77777777" w:rsidR="00772FD6" w:rsidRPr="00753C04" w:rsidRDefault="00772FD6">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Cible</w:t>
            </w:r>
            <w:r w:rsidR="0052374A" w:rsidRPr="00753C04">
              <w:rPr>
                <w:rFonts w:eastAsia="Arial" w:cs="Times New Roman"/>
                <w:b/>
                <w:color w:val="FFFFFF"/>
                <w:sz w:val="20"/>
                <w:szCs w:val="24"/>
              </w:rPr>
              <w:t>s</w:t>
            </w:r>
          </w:p>
        </w:tc>
        <w:tc>
          <w:tcPr>
            <w:tcW w:w="2268" w:type="dxa"/>
            <w:shd w:val="clear" w:color="auto" w:fill="315B46"/>
            <w:tcMar>
              <w:top w:w="90" w:type="dxa"/>
              <w:left w:w="100" w:type="dxa"/>
              <w:bottom w:w="90" w:type="dxa"/>
              <w:right w:w="100" w:type="dxa"/>
            </w:tcMar>
            <w:vAlign w:val="center"/>
          </w:tcPr>
          <w:p w14:paraId="08B88230" w14:textId="77777777" w:rsidR="00772FD6" w:rsidRPr="00753C04" w:rsidRDefault="00772FD6">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Source</w:t>
            </w:r>
            <w:r w:rsidR="001E6DE7" w:rsidRPr="00753C04">
              <w:rPr>
                <w:rFonts w:eastAsia="Arial" w:cs="Times New Roman"/>
                <w:b/>
                <w:color w:val="FFFFFF"/>
                <w:sz w:val="20"/>
                <w:szCs w:val="24"/>
              </w:rPr>
              <w:t>s</w:t>
            </w:r>
            <w:r w:rsidRPr="00753C04">
              <w:rPr>
                <w:rFonts w:eastAsia="Arial" w:cs="Times New Roman"/>
                <w:b/>
                <w:color w:val="FFFFFF"/>
                <w:sz w:val="20"/>
                <w:szCs w:val="24"/>
              </w:rPr>
              <w:t xml:space="preserve"> / méthode</w:t>
            </w:r>
            <w:r w:rsidR="001E6DE7" w:rsidRPr="00753C04">
              <w:rPr>
                <w:rFonts w:eastAsia="Arial" w:cs="Times New Roman"/>
                <w:b/>
                <w:color w:val="FFFFFF"/>
                <w:sz w:val="20"/>
                <w:szCs w:val="24"/>
              </w:rPr>
              <w:t>s</w:t>
            </w:r>
            <w:r w:rsidRPr="00753C04">
              <w:rPr>
                <w:rFonts w:eastAsia="Arial" w:cs="Times New Roman"/>
                <w:b/>
                <w:color w:val="FFFFFF"/>
                <w:sz w:val="20"/>
                <w:szCs w:val="24"/>
              </w:rPr>
              <w:t xml:space="preserve"> de vérification</w:t>
            </w:r>
          </w:p>
        </w:tc>
      </w:tr>
      <w:tr w:rsidR="00772FD6" w:rsidRPr="00753C04" w14:paraId="423DA7ED" w14:textId="77777777" w:rsidTr="00D525DD">
        <w:trPr>
          <w:cantSplit/>
        </w:trPr>
        <w:tc>
          <w:tcPr>
            <w:tcW w:w="3794" w:type="dxa"/>
            <w:tcMar>
              <w:top w:w="90" w:type="dxa"/>
              <w:left w:w="100" w:type="dxa"/>
              <w:bottom w:w="90" w:type="dxa"/>
              <w:right w:w="100" w:type="dxa"/>
            </w:tcMar>
            <w:vAlign w:val="center"/>
          </w:tcPr>
          <w:p w14:paraId="7348AA16" w14:textId="77777777" w:rsidR="00772FD6" w:rsidRPr="00753C04" w:rsidRDefault="00772FD6">
            <w:pPr>
              <w:spacing w:after="40" w:line="240" w:lineRule="auto"/>
              <w:rPr>
                <w:rFonts w:ascii="Times New Roman" w:hAnsi="Times New Roman" w:cs="Times New Roman"/>
                <w:sz w:val="24"/>
                <w:szCs w:val="24"/>
              </w:rPr>
            </w:pPr>
          </w:p>
        </w:tc>
        <w:tc>
          <w:tcPr>
            <w:tcW w:w="2551" w:type="dxa"/>
            <w:tcMar>
              <w:top w:w="90" w:type="dxa"/>
              <w:left w:w="100" w:type="dxa"/>
              <w:bottom w:w="90" w:type="dxa"/>
              <w:right w:w="100" w:type="dxa"/>
            </w:tcMar>
            <w:vAlign w:val="center"/>
          </w:tcPr>
          <w:p w14:paraId="45B1FD09" w14:textId="77777777" w:rsidR="00772FD6" w:rsidRPr="00753C04" w:rsidRDefault="00772FD6">
            <w:pPr>
              <w:spacing w:after="40" w:line="240" w:lineRule="auto"/>
              <w:rPr>
                <w:rFonts w:ascii="Times New Roman" w:hAnsi="Times New Roman" w:cs="Times New Roman"/>
                <w:sz w:val="24"/>
                <w:szCs w:val="24"/>
              </w:rPr>
            </w:pPr>
          </w:p>
        </w:tc>
        <w:tc>
          <w:tcPr>
            <w:tcW w:w="1560" w:type="dxa"/>
            <w:tcMar>
              <w:top w:w="90" w:type="dxa"/>
              <w:left w:w="100" w:type="dxa"/>
              <w:bottom w:w="90" w:type="dxa"/>
              <w:right w:w="100" w:type="dxa"/>
            </w:tcMar>
            <w:vAlign w:val="center"/>
          </w:tcPr>
          <w:p w14:paraId="5845239A" w14:textId="77777777" w:rsidR="00772FD6" w:rsidRPr="00753C04" w:rsidRDefault="00772FD6">
            <w:pPr>
              <w:spacing w:after="40" w:line="240" w:lineRule="auto"/>
              <w:rPr>
                <w:rFonts w:ascii="Times New Roman" w:hAnsi="Times New Roman" w:cs="Times New Roman"/>
                <w:sz w:val="24"/>
                <w:szCs w:val="24"/>
              </w:rPr>
            </w:pPr>
          </w:p>
        </w:tc>
        <w:tc>
          <w:tcPr>
            <w:tcW w:w="2268" w:type="dxa"/>
            <w:tcMar>
              <w:top w:w="90" w:type="dxa"/>
              <w:left w:w="100" w:type="dxa"/>
              <w:bottom w:w="90" w:type="dxa"/>
              <w:right w:w="100" w:type="dxa"/>
            </w:tcMar>
            <w:vAlign w:val="center"/>
          </w:tcPr>
          <w:p w14:paraId="6F73A2E9" w14:textId="77777777" w:rsidR="00772FD6" w:rsidRPr="00753C04" w:rsidRDefault="00772FD6">
            <w:pPr>
              <w:spacing w:after="40" w:line="240" w:lineRule="auto"/>
              <w:rPr>
                <w:rFonts w:ascii="Times New Roman" w:hAnsi="Times New Roman" w:cs="Times New Roman"/>
                <w:sz w:val="24"/>
                <w:szCs w:val="24"/>
              </w:rPr>
            </w:pPr>
          </w:p>
        </w:tc>
      </w:tr>
      <w:tr w:rsidR="00772FD6" w:rsidRPr="00753C04" w14:paraId="4E088362" w14:textId="77777777" w:rsidTr="00D525DD">
        <w:trPr>
          <w:cantSplit/>
        </w:trPr>
        <w:tc>
          <w:tcPr>
            <w:tcW w:w="3794" w:type="dxa"/>
            <w:shd w:val="clear" w:color="auto" w:fill="F5F8F5"/>
            <w:tcMar>
              <w:top w:w="90" w:type="dxa"/>
              <w:left w:w="100" w:type="dxa"/>
              <w:bottom w:w="90" w:type="dxa"/>
              <w:right w:w="100" w:type="dxa"/>
            </w:tcMar>
            <w:vAlign w:val="center"/>
          </w:tcPr>
          <w:p w14:paraId="525FFC7F" w14:textId="77777777" w:rsidR="00772FD6" w:rsidRPr="00753C04" w:rsidRDefault="00772FD6">
            <w:pPr>
              <w:spacing w:after="40" w:line="240" w:lineRule="auto"/>
              <w:rPr>
                <w:rFonts w:ascii="Times New Roman" w:hAnsi="Times New Roman" w:cs="Times New Roman"/>
                <w:sz w:val="24"/>
                <w:szCs w:val="24"/>
              </w:rPr>
            </w:pPr>
          </w:p>
        </w:tc>
        <w:tc>
          <w:tcPr>
            <w:tcW w:w="2551" w:type="dxa"/>
            <w:shd w:val="clear" w:color="auto" w:fill="F5F8F5"/>
            <w:tcMar>
              <w:top w:w="90" w:type="dxa"/>
              <w:left w:w="100" w:type="dxa"/>
              <w:bottom w:w="90" w:type="dxa"/>
              <w:right w:w="100" w:type="dxa"/>
            </w:tcMar>
            <w:vAlign w:val="center"/>
          </w:tcPr>
          <w:p w14:paraId="47668654" w14:textId="77777777" w:rsidR="00772FD6" w:rsidRPr="00753C04" w:rsidRDefault="00772FD6">
            <w:pPr>
              <w:spacing w:after="40" w:line="240" w:lineRule="auto"/>
              <w:rPr>
                <w:rFonts w:ascii="Times New Roman" w:hAnsi="Times New Roman" w:cs="Times New Roman"/>
                <w:sz w:val="24"/>
                <w:szCs w:val="24"/>
              </w:rPr>
            </w:pPr>
          </w:p>
        </w:tc>
        <w:tc>
          <w:tcPr>
            <w:tcW w:w="1560" w:type="dxa"/>
            <w:shd w:val="clear" w:color="auto" w:fill="F5F8F5"/>
            <w:tcMar>
              <w:top w:w="90" w:type="dxa"/>
              <w:left w:w="100" w:type="dxa"/>
              <w:bottom w:w="90" w:type="dxa"/>
              <w:right w:w="100" w:type="dxa"/>
            </w:tcMar>
            <w:vAlign w:val="center"/>
          </w:tcPr>
          <w:p w14:paraId="433C1776" w14:textId="77777777" w:rsidR="00772FD6" w:rsidRPr="00753C04" w:rsidRDefault="00772FD6">
            <w:pPr>
              <w:spacing w:after="40" w:line="240" w:lineRule="auto"/>
              <w:rPr>
                <w:rFonts w:ascii="Times New Roman" w:hAnsi="Times New Roman" w:cs="Times New Roman"/>
                <w:sz w:val="24"/>
                <w:szCs w:val="24"/>
              </w:rPr>
            </w:pPr>
          </w:p>
        </w:tc>
        <w:tc>
          <w:tcPr>
            <w:tcW w:w="2268" w:type="dxa"/>
            <w:shd w:val="clear" w:color="auto" w:fill="F5F8F5"/>
            <w:tcMar>
              <w:top w:w="90" w:type="dxa"/>
              <w:left w:w="100" w:type="dxa"/>
              <w:bottom w:w="90" w:type="dxa"/>
              <w:right w:w="100" w:type="dxa"/>
            </w:tcMar>
            <w:vAlign w:val="center"/>
          </w:tcPr>
          <w:p w14:paraId="735CE6A0" w14:textId="77777777" w:rsidR="00772FD6" w:rsidRPr="00753C04" w:rsidRDefault="00772FD6">
            <w:pPr>
              <w:spacing w:after="40" w:line="240" w:lineRule="auto"/>
              <w:rPr>
                <w:rFonts w:ascii="Times New Roman" w:hAnsi="Times New Roman" w:cs="Times New Roman"/>
                <w:sz w:val="24"/>
                <w:szCs w:val="24"/>
              </w:rPr>
            </w:pPr>
          </w:p>
        </w:tc>
      </w:tr>
      <w:tr w:rsidR="00772FD6" w:rsidRPr="00753C04" w14:paraId="38BB7251" w14:textId="77777777" w:rsidTr="00D525DD">
        <w:trPr>
          <w:cantSplit/>
        </w:trPr>
        <w:tc>
          <w:tcPr>
            <w:tcW w:w="3794" w:type="dxa"/>
            <w:tcMar>
              <w:top w:w="90" w:type="dxa"/>
              <w:left w:w="100" w:type="dxa"/>
              <w:bottom w:w="90" w:type="dxa"/>
              <w:right w:w="100" w:type="dxa"/>
            </w:tcMar>
            <w:vAlign w:val="center"/>
          </w:tcPr>
          <w:p w14:paraId="37A518CC" w14:textId="77777777" w:rsidR="00772FD6" w:rsidRPr="00753C04" w:rsidRDefault="00772FD6">
            <w:pPr>
              <w:spacing w:after="40" w:line="240" w:lineRule="auto"/>
              <w:rPr>
                <w:rFonts w:ascii="Times New Roman" w:hAnsi="Times New Roman" w:cs="Times New Roman"/>
                <w:sz w:val="24"/>
                <w:szCs w:val="24"/>
              </w:rPr>
            </w:pPr>
          </w:p>
        </w:tc>
        <w:tc>
          <w:tcPr>
            <w:tcW w:w="2551" w:type="dxa"/>
            <w:tcMar>
              <w:top w:w="90" w:type="dxa"/>
              <w:left w:w="100" w:type="dxa"/>
              <w:bottom w:w="90" w:type="dxa"/>
              <w:right w:w="100" w:type="dxa"/>
            </w:tcMar>
            <w:vAlign w:val="center"/>
          </w:tcPr>
          <w:p w14:paraId="53B52DEA" w14:textId="77777777" w:rsidR="00772FD6" w:rsidRPr="00753C04" w:rsidRDefault="00772FD6">
            <w:pPr>
              <w:spacing w:after="40" w:line="240" w:lineRule="auto"/>
              <w:rPr>
                <w:rFonts w:ascii="Times New Roman" w:hAnsi="Times New Roman" w:cs="Times New Roman"/>
                <w:sz w:val="24"/>
                <w:szCs w:val="24"/>
              </w:rPr>
            </w:pPr>
          </w:p>
        </w:tc>
        <w:tc>
          <w:tcPr>
            <w:tcW w:w="1560" w:type="dxa"/>
            <w:tcMar>
              <w:top w:w="90" w:type="dxa"/>
              <w:left w:w="100" w:type="dxa"/>
              <w:bottom w:w="90" w:type="dxa"/>
              <w:right w:w="100" w:type="dxa"/>
            </w:tcMar>
            <w:vAlign w:val="center"/>
          </w:tcPr>
          <w:p w14:paraId="68AF41BF" w14:textId="77777777" w:rsidR="00772FD6" w:rsidRPr="00753C04" w:rsidRDefault="00772FD6">
            <w:pPr>
              <w:spacing w:after="40" w:line="240" w:lineRule="auto"/>
              <w:rPr>
                <w:rFonts w:ascii="Times New Roman" w:hAnsi="Times New Roman" w:cs="Times New Roman"/>
                <w:sz w:val="24"/>
                <w:szCs w:val="24"/>
              </w:rPr>
            </w:pPr>
          </w:p>
        </w:tc>
        <w:tc>
          <w:tcPr>
            <w:tcW w:w="2268" w:type="dxa"/>
            <w:tcMar>
              <w:top w:w="90" w:type="dxa"/>
              <w:left w:w="100" w:type="dxa"/>
              <w:bottom w:w="90" w:type="dxa"/>
              <w:right w:w="100" w:type="dxa"/>
            </w:tcMar>
            <w:vAlign w:val="center"/>
          </w:tcPr>
          <w:p w14:paraId="267A3120" w14:textId="77777777" w:rsidR="00772FD6" w:rsidRPr="00753C04" w:rsidRDefault="00772FD6">
            <w:pPr>
              <w:spacing w:after="40" w:line="240" w:lineRule="auto"/>
              <w:rPr>
                <w:rFonts w:ascii="Times New Roman" w:hAnsi="Times New Roman" w:cs="Times New Roman"/>
                <w:sz w:val="24"/>
                <w:szCs w:val="24"/>
              </w:rPr>
            </w:pPr>
          </w:p>
        </w:tc>
      </w:tr>
      <w:tr w:rsidR="00772FD6" w:rsidRPr="00753C04" w14:paraId="7E09CB5B" w14:textId="77777777" w:rsidTr="00D525DD">
        <w:trPr>
          <w:cantSplit/>
        </w:trPr>
        <w:tc>
          <w:tcPr>
            <w:tcW w:w="3794" w:type="dxa"/>
            <w:shd w:val="clear" w:color="auto" w:fill="F5F8F5"/>
            <w:tcMar>
              <w:top w:w="90" w:type="dxa"/>
              <w:left w:w="100" w:type="dxa"/>
              <w:bottom w:w="90" w:type="dxa"/>
              <w:right w:w="100" w:type="dxa"/>
            </w:tcMar>
            <w:vAlign w:val="center"/>
          </w:tcPr>
          <w:p w14:paraId="0A1D512A" w14:textId="77777777" w:rsidR="00772FD6" w:rsidRPr="00753C04" w:rsidRDefault="00772FD6">
            <w:pPr>
              <w:spacing w:after="40" w:line="240" w:lineRule="auto"/>
              <w:rPr>
                <w:rFonts w:ascii="Times New Roman" w:hAnsi="Times New Roman" w:cs="Times New Roman"/>
                <w:sz w:val="24"/>
                <w:szCs w:val="24"/>
              </w:rPr>
            </w:pPr>
          </w:p>
        </w:tc>
        <w:tc>
          <w:tcPr>
            <w:tcW w:w="2551" w:type="dxa"/>
            <w:shd w:val="clear" w:color="auto" w:fill="F5F8F5"/>
            <w:tcMar>
              <w:top w:w="90" w:type="dxa"/>
              <w:left w:w="100" w:type="dxa"/>
              <w:bottom w:w="90" w:type="dxa"/>
              <w:right w:w="100" w:type="dxa"/>
            </w:tcMar>
            <w:vAlign w:val="center"/>
          </w:tcPr>
          <w:p w14:paraId="21BF7387" w14:textId="77777777" w:rsidR="00772FD6" w:rsidRPr="00753C04" w:rsidRDefault="00772FD6">
            <w:pPr>
              <w:spacing w:after="40" w:line="240" w:lineRule="auto"/>
              <w:rPr>
                <w:rFonts w:ascii="Times New Roman" w:hAnsi="Times New Roman" w:cs="Times New Roman"/>
                <w:sz w:val="24"/>
                <w:szCs w:val="24"/>
              </w:rPr>
            </w:pPr>
          </w:p>
        </w:tc>
        <w:tc>
          <w:tcPr>
            <w:tcW w:w="1560" w:type="dxa"/>
            <w:shd w:val="clear" w:color="auto" w:fill="F5F8F5"/>
            <w:tcMar>
              <w:top w:w="90" w:type="dxa"/>
              <w:left w:w="100" w:type="dxa"/>
              <w:bottom w:w="90" w:type="dxa"/>
              <w:right w:w="100" w:type="dxa"/>
            </w:tcMar>
            <w:vAlign w:val="center"/>
          </w:tcPr>
          <w:p w14:paraId="48BFCF85" w14:textId="77777777" w:rsidR="00772FD6" w:rsidRPr="00753C04" w:rsidRDefault="00772FD6">
            <w:pPr>
              <w:spacing w:after="40" w:line="240" w:lineRule="auto"/>
              <w:rPr>
                <w:rFonts w:ascii="Times New Roman" w:hAnsi="Times New Roman" w:cs="Times New Roman"/>
                <w:sz w:val="24"/>
                <w:szCs w:val="24"/>
              </w:rPr>
            </w:pPr>
          </w:p>
        </w:tc>
        <w:tc>
          <w:tcPr>
            <w:tcW w:w="2268" w:type="dxa"/>
            <w:shd w:val="clear" w:color="auto" w:fill="F5F8F5"/>
            <w:tcMar>
              <w:top w:w="90" w:type="dxa"/>
              <w:left w:w="100" w:type="dxa"/>
              <w:bottom w:w="90" w:type="dxa"/>
              <w:right w:w="100" w:type="dxa"/>
            </w:tcMar>
            <w:vAlign w:val="center"/>
          </w:tcPr>
          <w:p w14:paraId="0188F41E" w14:textId="77777777" w:rsidR="00772FD6" w:rsidRPr="00753C04" w:rsidRDefault="00772FD6">
            <w:pPr>
              <w:spacing w:after="40" w:line="240" w:lineRule="auto"/>
              <w:rPr>
                <w:rFonts w:ascii="Times New Roman" w:hAnsi="Times New Roman" w:cs="Times New Roman"/>
                <w:sz w:val="24"/>
                <w:szCs w:val="24"/>
              </w:rPr>
            </w:pPr>
          </w:p>
        </w:tc>
      </w:tr>
    </w:tbl>
    <w:p w14:paraId="58CB658F" w14:textId="77777777" w:rsidR="006F72B9" w:rsidRPr="00753C04" w:rsidRDefault="006F72B9">
      <w:pPr>
        <w:rPr>
          <w:rFonts w:ascii="Times New Roman" w:hAnsi="Times New Roman" w:cs="Times New Roman"/>
          <w:sz w:val="24"/>
          <w:szCs w:val="24"/>
        </w:rPr>
      </w:pPr>
    </w:p>
    <w:p w14:paraId="0E03FBF0"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t xml:space="preserve">5. </w:t>
      </w:r>
      <w:bookmarkStart w:id="0" w:name="_Hlk242316668"/>
      <w:r w:rsidRPr="00753C04">
        <w:rPr>
          <w:rFonts w:ascii="Times New Roman" w:eastAsia="Times New Roman" w:hAnsi="Times New Roman" w:cs="Times New Roman"/>
          <w:sz w:val="28"/>
          <w:szCs w:val="24"/>
        </w:rPr>
        <w:t>BÉNÉFICIAIRES</w:t>
      </w:r>
      <w:bookmarkEnd w:id="0"/>
      <w:r w:rsidRPr="00753C04">
        <w:rPr>
          <w:rFonts w:ascii="Times New Roman" w:eastAsia="Times New Roman" w:hAnsi="Times New Roman" w:cs="Times New Roman"/>
          <w:sz w:val="28"/>
          <w:szCs w:val="24"/>
        </w:rPr>
        <w:t xml:space="preserve"> </w:t>
      </w:r>
    </w:p>
    <w:p w14:paraId="49E4E99F" w14:textId="77777777" w:rsidR="006F72B9" w:rsidRPr="00753C04" w:rsidRDefault="00615F4E">
      <w:pPr>
        <w:keepNext/>
        <w:rPr>
          <w:rFonts w:ascii="Times New Roman" w:eastAsia="MS Gothic" w:hAnsi="Times New Roman" w:cs="Times New Roman"/>
          <w:b/>
          <w:bCs/>
          <w:i/>
          <w:iCs/>
          <w:sz w:val="24"/>
          <w:szCs w:val="24"/>
        </w:rPr>
      </w:pPr>
      <w:r w:rsidRPr="00753C04">
        <w:rPr>
          <w:rFonts w:ascii="Times New Roman" w:eastAsia="Times New Roman" w:hAnsi="Times New Roman" w:cs="Times New Roman"/>
          <w:b/>
          <w:color w:val="315B46"/>
          <w:sz w:val="24"/>
          <w:szCs w:val="24"/>
        </w:rPr>
        <w:t xml:space="preserve">5.1. Bénéficiaires directs </w:t>
      </w:r>
      <w:r w:rsidRPr="00753C04">
        <w:rPr>
          <w:rFonts w:ascii="Times New Roman" w:eastAsia="Times New Roman" w:hAnsi="Times New Roman" w:cs="Times New Roman"/>
          <w:sz w:val="24"/>
          <w:szCs w:val="24"/>
        </w:rPr>
        <w:br/>
      </w:r>
      <w:r w:rsidRPr="00753C04">
        <w:rPr>
          <w:rFonts w:ascii="Times New Roman" w:eastAsia="Times New Roman" w:hAnsi="Times New Roman" w:cs="Times New Roman"/>
          <w:b/>
          <w:bCs/>
          <w:i/>
          <w:iCs/>
          <w:sz w:val="24"/>
          <w:szCs w:val="24"/>
        </w:rPr>
        <w:t>Préciser les nombres estimés, ainsi que la répartition femmes/hommes, jeunes/adultes, les critères de sélection et les groupes vulnérables concernés.</w:t>
      </w:r>
    </w:p>
    <w:p w14:paraId="6DE364E1"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47A21010"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2F4F0743" w14:textId="77777777" w:rsidR="006F72B9" w:rsidRPr="00753C04" w:rsidRDefault="00615F4E">
      <w:pPr>
        <w:keepNext/>
        <w:rPr>
          <w:rFonts w:ascii="Times New Roman" w:hAnsi="Times New Roman" w:cs="Times New Roman"/>
          <w:b/>
          <w:color w:val="1F4E3D"/>
          <w:sz w:val="24"/>
          <w:szCs w:val="24"/>
        </w:rPr>
      </w:pPr>
      <w:r w:rsidRPr="00753C04">
        <w:rPr>
          <w:rFonts w:ascii="Times New Roman" w:eastAsia="Times New Roman" w:hAnsi="Times New Roman" w:cs="Times New Roman"/>
          <w:b/>
          <w:color w:val="1F4E3D"/>
          <w:sz w:val="24"/>
          <w:szCs w:val="24"/>
        </w:rPr>
        <w:t xml:space="preserve">5.2. Bénéficiaires indirects </w:t>
      </w:r>
    </w:p>
    <w:p w14:paraId="05D659D4" w14:textId="77777777" w:rsidR="008B56BC" w:rsidRPr="00753C04" w:rsidRDefault="008B56BC">
      <w:pPr>
        <w:keepNext/>
        <w:spacing w:after="100"/>
        <w:rPr>
          <w:rFonts w:ascii="Times New Roman" w:hAnsi="Times New Roman" w:cs="Times New Roman"/>
          <w:sz w:val="24"/>
          <w:szCs w:val="24"/>
        </w:rPr>
      </w:pPr>
      <w:r w:rsidRPr="00753C04">
        <w:rPr>
          <w:rFonts w:ascii="Times New Roman" w:eastAsia="Times New Roman" w:hAnsi="Times New Roman" w:cs="Times New Roman"/>
          <w:bCs/>
          <w:i/>
          <w:iCs/>
          <w:sz w:val="24"/>
          <w:szCs w:val="24"/>
        </w:rPr>
        <w:t>Préciser le nombre estimé de bénéficiaires qui seront touchés indirectement par la mise en œuvre des interventions.</w:t>
      </w:r>
    </w:p>
    <w:p w14:paraId="0B40CE3F"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5034EB27"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lastRenderedPageBreak/>
        <w:t>........................................................................................................................................................................</w:t>
      </w:r>
    </w:p>
    <w:p w14:paraId="192E0DB6" w14:textId="77777777" w:rsidR="00F44072" w:rsidRPr="00753C04" w:rsidRDefault="00F44072" w:rsidP="00F44072">
      <w:pPr>
        <w:pStyle w:val="Titre1"/>
        <w:rPr>
          <w:rFonts w:ascii="Times New Roman" w:hAnsi="Times New Roman" w:cs="Times New Roman"/>
          <w:szCs w:val="24"/>
        </w:rPr>
      </w:pPr>
      <w:r w:rsidRPr="00753C04">
        <w:rPr>
          <w:rFonts w:ascii="Times New Roman" w:eastAsia="Times New Roman" w:hAnsi="Times New Roman" w:cs="Times New Roman"/>
          <w:sz w:val="28"/>
          <w:szCs w:val="24"/>
        </w:rPr>
        <w:t>6. GENRE ET PARTICIPATION DES FEMMES</w:t>
      </w:r>
    </w:p>
    <w:p w14:paraId="16D0D117" w14:textId="77777777" w:rsidR="004D6CCF" w:rsidRPr="00753C04" w:rsidRDefault="004D6CCF" w:rsidP="004D6CCF">
      <w:pPr>
        <w:rPr>
          <w:rFonts w:ascii="Times New Roman" w:hAnsi="Times New Roman" w:cs="Times New Roman"/>
          <w:sz w:val="24"/>
          <w:szCs w:val="24"/>
        </w:rPr>
      </w:pPr>
    </w:p>
    <w:p w14:paraId="63F22E41" w14:textId="77777777" w:rsidR="004D6CCF" w:rsidRPr="00615C7A" w:rsidRDefault="004D6CCF" w:rsidP="004D6CCF">
      <w:pPr>
        <w:spacing w:after="100"/>
        <w:rPr>
          <w:rFonts w:ascii="Times New Roman" w:hAnsi="Times New Roman" w:cs="Times New Roman"/>
          <w:b/>
          <w:bCs/>
          <w:i/>
          <w:iCs/>
          <w:sz w:val="24"/>
          <w:szCs w:val="24"/>
        </w:rPr>
      </w:pPr>
      <w:r w:rsidRPr="00615C7A">
        <w:rPr>
          <w:rFonts w:ascii="Times New Roman" w:eastAsia="Times New Roman" w:hAnsi="Times New Roman" w:cs="Times New Roman"/>
          <w:bCs/>
          <w:i/>
          <w:iCs/>
          <w:sz w:val="24"/>
          <w:szCs w:val="24"/>
        </w:rPr>
        <w:t>Décrire l’intégration des besoins, priorités, droits et aspirations des femmes et des filles : analyse des effets différenciés du climat, participation et prise de décision, gouvernance du projet, accès aux ressources et opportunités, prévention de la surcharge de travail non rémunéré, prévention des discriminations et violences, inclusion des jeunes femmes et femmes vulnérables.</w:t>
      </w:r>
    </w:p>
    <w:p w14:paraId="5CE557B7" w14:textId="77777777" w:rsidR="004D6CCF" w:rsidRPr="00753C04" w:rsidRDefault="004D6CCF" w:rsidP="00753C04">
      <w:pPr>
        <w:rPr>
          <w:rFonts w:ascii="Times New Roman" w:hAnsi="Times New Roman" w:cs="Times New Roman"/>
          <w:sz w:val="24"/>
          <w:szCs w:val="24"/>
        </w:rPr>
      </w:pPr>
    </w:p>
    <w:p w14:paraId="6562FB18" w14:textId="77777777" w:rsidR="00F44072" w:rsidRPr="00753C04" w:rsidRDefault="00F44072" w:rsidP="00F44072">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2147ABFA" w14:textId="77777777" w:rsidR="00F44072" w:rsidRPr="00753C04" w:rsidRDefault="00F44072" w:rsidP="00F44072">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559D4AA5" w14:textId="77777777" w:rsidR="00F44072" w:rsidRPr="00753C04" w:rsidRDefault="00F44072" w:rsidP="00F44072">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0E4577F5" w14:textId="77777777" w:rsidR="00F44072" w:rsidRPr="00753C04" w:rsidRDefault="00F44072" w:rsidP="00F44072">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A17A795"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t>7. ACTIVITÉS</w:t>
      </w:r>
    </w:p>
    <w:p w14:paraId="1884ADBD" w14:textId="77777777" w:rsidR="006F72B9" w:rsidRPr="00753C04" w:rsidRDefault="00615F4E">
      <w:pPr>
        <w:spacing w:after="100"/>
        <w:rPr>
          <w:rFonts w:ascii="Times New Roman" w:eastAsia="MS Gothic" w:hAnsi="Times New Roman" w:cs="Times New Roman"/>
          <w:b/>
          <w:bCs/>
          <w:i/>
          <w:iCs/>
          <w:sz w:val="24"/>
          <w:szCs w:val="24"/>
        </w:rPr>
      </w:pPr>
      <w:r w:rsidRPr="00753C04">
        <w:rPr>
          <w:rFonts w:ascii="Times New Roman" w:eastAsia="Times New Roman" w:hAnsi="Times New Roman" w:cs="Times New Roman"/>
          <w:bCs/>
          <w:i/>
          <w:iCs/>
          <w:sz w:val="24"/>
          <w:szCs w:val="24"/>
        </w:rPr>
        <w:t>Décrire les étapes de mise en œuvre, les méthodes, les responsables, la participation communautaire et les moyens nécessaires.</w:t>
      </w:r>
    </w:p>
    <w:p w14:paraId="3509DE63" w14:textId="77777777" w:rsidR="004D6CCF" w:rsidRPr="00753C04" w:rsidRDefault="004D6CCF">
      <w:pPr>
        <w:rPr>
          <w:rFonts w:ascii="Times New Roman" w:eastAsia="MS Gothic" w:hAnsi="Times New Roman" w:cs="Times New Roman"/>
          <w:b/>
          <w:bCs/>
          <w:i/>
          <w:iCs/>
          <w:sz w:val="24"/>
          <w:szCs w:val="24"/>
        </w:rPr>
      </w:pPr>
    </w:p>
    <w:tbl>
      <w:tblPr>
        <w:tblStyle w:val="Grilledutableau"/>
        <w:tblW w:w="0" w:type="auto"/>
        <w:tblLayout w:type="fixed"/>
        <w:tblLook w:val="04A0" w:firstRow="1" w:lastRow="0" w:firstColumn="1" w:lastColumn="0" w:noHBand="0" w:noVBand="1"/>
      </w:tblPr>
      <w:tblGrid>
        <w:gridCol w:w="2013"/>
        <w:gridCol w:w="2014"/>
        <w:gridCol w:w="2014"/>
        <w:gridCol w:w="2015"/>
        <w:gridCol w:w="2014"/>
      </w:tblGrid>
      <w:tr w:rsidR="004D6CCF" w:rsidRPr="00753C04" w14:paraId="6175D81F" w14:textId="77777777" w:rsidTr="00753C04">
        <w:trPr>
          <w:cantSplit/>
          <w:tblHeader/>
        </w:trPr>
        <w:tc>
          <w:tcPr>
            <w:tcW w:w="2013" w:type="dxa"/>
            <w:shd w:val="clear" w:color="auto" w:fill="315B46"/>
            <w:tcMar>
              <w:top w:w="90" w:type="dxa"/>
              <w:left w:w="100" w:type="dxa"/>
              <w:bottom w:w="90" w:type="dxa"/>
              <w:right w:w="100" w:type="dxa"/>
            </w:tcMar>
            <w:vAlign w:val="center"/>
          </w:tcPr>
          <w:p w14:paraId="56A554AE" w14:textId="77777777" w:rsidR="004D6CCF" w:rsidRPr="00753C04" w:rsidRDefault="004D6CCF" w:rsidP="007B54EA">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Activités / sous-activités</w:t>
            </w:r>
          </w:p>
        </w:tc>
        <w:tc>
          <w:tcPr>
            <w:tcW w:w="2014" w:type="dxa"/>
            <w:shd w:val="clear" w:color="auto" w:fill="315B46"/>
            <w:tcMar>
              <w:top w:w="90" w:type="dxa"/>
              <w:left w:w="100" w:type="dxa"/>
              <w:bottom w:w="90" w:type="dxa"/>
              <w:right w:w="100" w:type="dxa"/>
            </w:tcMar>
            <w:vAlign w:val="center"/>
          </w:tcPr>
          <w:p w14:paraId="1FAE7373" w14:textId="77777777" w:rsidR="004D6CCF" w:rsidRPr="00753C04" w:rsidRDefault="004D6CCF" w:rsidP="007B54EA">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Produits / livrables</w:t>
            </w:r>
          </w:p>
        </w:tc>
        <w:tc>
          <w:tcPr>
            <w:tcW w:w="2014" w:type="dxa"/>
            <w:shd w:val="clear" w:color="auto" w:fill="315B46"/>
            <w:tcMar>
              <w:top w:w="90" w:type="dxa"/>
              <w:left w:w="100" w:type="dxa"/>
              <w:bottom w:w="90" w:type="dxa"/>
              <w:right w:w="100" w:type="dxa"/>
            </w:tcMar>
            <w:vAlign w:val="center"/>
          </w:tcPr>
          <w:p w14:paraId="028FCD43" w14:textId="77777777" w:rsidR="004D6CCF" w:rsidRPr="00753C04" w:rsidRDefault="004D6CCF" w:rsidP="007B54EA">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Période</w:t>
            </w:r>
          </w:p>
        </w:tc>
        <w:tc>
          <w:tcPr>
            <w:tcW w:w="2015" w:type="dxa"/>
            <w:shd w:val="clear" w:color="auto" w:fill="315B46"/>
            <w:tcMar>
              <w:top w:w="90" w:type="dxa"/>
              <w:left w:w="100" w:type="dxa"/>
              <w:bottom w:w="90" w:type="dxa"/>
              <w:right w:w="100" w:type="dxa"/>
            </w:tcMar>
            <w:vAlign w:val="center"/>
          </w:tcPr>
          <w:p w14:paraId="61C22595" w14:textId="77777777" w:rsidR="004D6CCF" w:rsidRPr="00753C04" w:rsidRDefault="004D6CCF" w:rsidP="007B54EA">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Responsables</w:t>
            </w:r>
          </w:p>
        </w:tc>
        <w:tc>
          <w:tcPr>
            <w:tcW w:w="2014" w:type="dxa"/>
            <w:shd w:val="clear" w:color="auto" w:fill="315B46"/>
            <w:tcMar>
              <w:top w:w="90" w:type="dxa"/>
              <w:left w:w="100" w:type="dxa"/>
              <w:bottom w:w="90" w:type="dxa"/>
              <w:right w:w="100" w:type="dxa"/>
            </w:tcMar>
            <w:vAlign w:val="center"/>
          </w:tcPr>
          <w:p w14:paraId="70289F58" w14:textId="77777777" w:rsidR="004D6CCF" w:rsidRPr="00753C04" w:rsidRDefault="004D6CCF" w:rsidP="007B54EA">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Participation / moyens</w:t>
            </w:r>
          </w:p>
        </w:tc>
      </w:tr>
      <w:tr w:rsidR="004D6CCF" w:rsidRPr="00753C04" w14:paraId="54665EDE" w14:textId="77777777" w:rsidTr="00753C04">
        <w:trPr>
          <w:cantSplit/>
        </w:trPr>
        <w:tc>
          <w:tcPr>
            <w:tcW w:w="2013" w:type="dxa"/>
            <w:tcMar>
              <w:top w:w="90" w:type="dxa"/>
              <w:left w:w="100" w:type="dxa"/>
              <w:bottom w:w="90" w:type="dxa"/>
              <w:right w:w="100" w:type="dxa"/>
            </w:tcMar>
            <w:vAlign w:val="center"/>
          </w:tcPr>
          <w:p w14:paraId="00F0FF7F" w14:textId="77777777" w:rsidR="004D6CCF" w:rsidRPr="00753C04" w:rsidRDefault="004D6CCF" w:rsidP="007B54EA">
            <w:pPr>
              <w:spacing w:after="40" w:line="240" w:lineRule="auto"/>
              <w:rPr>
                <w:rFonts w:ascii="Times New Roman" w:hAnsi="Times New Roman" w:cs="Times New Roman"/>
                <w:sz w:val="24"/>
                <w:szCs w:val="24"/>
              </w:rPr>
            </w:pPr>
            <w:r w:rsidRPr="00753C04">
              <w:rPr>
                <w:rFonts w:eastAsia="Arial" w:cs="Times New Roman"/>
                <w:sz w:val="20"/>
                <w:szCs w:val="24"/>
              </w:rPr>
              <w:t>Activité 1</w:t>
            </w:r>
          </w:p>
        </w:tc>
        <w:tc>
          <w:tcPr>
            <w:tcW w:w="2014" w:type="dxa"/>
            <w:tcMar>
              <w:top w:w="90" w:type="dxa"/>
              <w:left w:w="100" w:type="dxa"/>
              <w:bottom w:w="90" w:type="dxa"/>
              <w:right w:w="100" w:type="dxa"/>
            </w:tcMar>
            <w:vAlign w:val="center"/>
          </w:tcPr>
          <w:p w14:paraId="388663A2"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tcMar>
              <w:top w:w="90" w:type="dxa"/>
              <w:left w:w="100" w:type="dxa"/>
              <w:bottom w:w="90" w:type="dxa"/>
              <w:right w:w="100" w:type="dxa"/>
            </w:tcMar>
            <w:vAlign w:val="center"/>
          </w:tcPr>
          <w:p w14:paraId="16A9160C" w14:textId="77777777" w:rsidR="004D6CCF" w:rsidRPr="00753C04" w:rsidRDefault="004D6CCF" w:rsidP="007B54EA">
            <w:pPr>
              <w:spacing w:after="40" w:line="240" w:lineRule="auto"/>
              <w:rPr>
                <w:rFonts w:ascii="Times New Roman" w:hAnsi="Times New Roman" w:cs="Times New Roman"/>
                <w:sz w:val="24"/>
                <w:szCs w:val="24"/>
              </w:rPr>
            </w:pPr>
          </w:p>
        </w:tc>
        <w:tc>
          <w:tcPr>
            <w:tcW w:w="2015" w:type="dxa"/>
            <w:tcMar>
              <w:top w:w="90" w:type="dxa"/>
              <w:left w:w="100" w:type="dxa"/>
              <w:bottom w:w="90" w:type="dxa"/>
              <w:right w:w="100" w:type="dxa"/>
            </w:tcMar>
            <w:vAlign w:val="center"/>
          </w:tcPr>
          <w:p w14:paraId="6FBF8147"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tcMar>
              <w:top w:w="90" w:type="dxa"/>
              <w:left w:w="100" w:type="dxa"/>
              <w:bottom w:w="90" w:type="dxa"/>
              <w:right w:w="100" w:type="dxa"/>
            </w:tcMar>
            <w:vAlign w:val="center"/>
          </w:tcPr>
          <w:p w14:paraId="20CF8678" w14:textId="77777777" w:rsidR="004D6CCF" w:rsidRPr="00753C04" w:rsidRDefault="004D6CCF" w:rsidP="007B54EA">
            <w:pPr>
              <w:spacing w:after="40" w:line="240" w:lineRule="auto"/>
              <w:rPr>
                <w:rFonts w:ascii="Times New Roman" w:hAnsi="Times New Roman" w:cs="Times New Roman"/>
                <w:sz w:val="24"/>
                <w:szCs w:val="24"/>
              </w:rPr>
            </w:pPr>
          </w:p>
        </w:tc>
      </w:tr>
      <w:tr w:rsidR="004D6CCF" w:rsidRPr="00753C04" w14:paraId="550912EA" w14:textId="77777777" w:rsidTr="00753C04">
        <w:trPr>
          <w:cantSplit/>
        </w:trPr>
        <w:tc>
          <w:tcPr>
            <w:tcW w:w="2013" w:type="dxa"/>
            <w:shd w:val="clear" w:color="auto" w:fill="F5F8F5"/>
            <w:tcMar>
              <w:top w:w="90" w:type="dxa"/>
              <w:left w:w="100" w:type="dxa"/>
              <w:bottom w:w="90" w:type="dxa"/>
              <w:right w:w="100" w:type="dxa"/>
            </w:tcMar>
            <w:vAlign w:val="center"/>
          </w:tcPr>
          <w:p w14:paraId="76524A1B" w14:textId="77777777" w:rsidR="004D6CCF" w:rsidRPr="00753C04" w:rsidRDefault="004D6CCF" w:rsidP="007B54EA">
            <w:pPr>
              <w:spacing w:after="40" w:line="240" w:lineRule="auto"/>
              <w:rPr>
                <w:rFonts w:ascii="Times New Roman" w:hAnsi="Times New Roman" w:cs="Times New Roman"/>
                <w:sz w:val="24"/>
                <w:szCs w:val="24"/>
              </w:rPr>
            </w:pPr>
            <w:r w:rsidRPr="00753C04">
              <w:rPr>
                <w:rFonts w:eastAsia="Arial" w:cs="Times New Roman"/>
                <w:sz w:val="20"/>
                <w:szCs w:val="24"/>
              </w:rPr>
              <w:t>Activité 2</w:t>
            </w:r>
          </w:p>
        </w:tc>
        <w:tc>
          <w:tcPr>
            <w:tcW w:w="2014" w:type="dxa"/>
            <w:shd w:val="clear" w:color="auto" w:fill="F5F8F5"/>
            <w:tcMar>
              <w:top w:w="90" w:type="dxa"/>
              <w:left w:w="100" w:type="dxa"/>
              <w:bottom w:w="90" w:type="dxa"/>
              <w:right w:w="100" w:type="dxa"/>
            </w:tcMar>
            <w:vAlign w:val="center"/>
          </w:tcPr>
          <w:p w14:paraId="4DF1D762"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shd w:val="clear" w:color="auto" w:fill="F5F8F5"/>
            <w:tcMar>
              <w:top w:w="90" w:type="dxa"/>
              <w:left w:w="100" w:type="dxa"/>
              <w:bottom w:w="90" w:type="dxa"/>
              <w:right w:w="100" w:type="dxa"/>
            </w:tcMar>
            <w:vAlign w:val="center"/>
          </w:tcPr>
          <w:p w14:paraId="51E0A1E4" w14:textId="77777777" w:rsidR="004D6CCF" w:rsidRPr="00753C04" w:rsidRDefault="004D6CCF" w:rsidP="007B54EA">
            <w:pPr>
              <w:spacing w:after="40" w:line="240" w:lineRule="auto"/>
              <w:rPr>
                <w:rFonts w:ascii="Times New Roman" w:hAnsi="Times New Roman" w:cs="Times New Roman"/>
                <w:sz w:val="24"/>
                <w:szCs w:val="24"/>
              </w:rPr>
            </w:pPr>
          </w:p>
        </w:tc>
        <w:tc>
          <w:tcPr>
            <w:tcW w:w="2015" w:type="dxa"/>
            <w:shd w:val="clear" w:color="auto" w:fill="F5F8F5"/>
            <w:tcMar>
              <w:top w:w="90" w:type="dxa"/>
              <w:left w:w="100" w:type="dxa"/>
              <w:bottom w:w="90" w:type="dxa"/>
              <w:right w:w="100" w:type="dxa"/>
            </w:tcMar>
            <w:vAlign w:val="center"/>
          </w:tcPr>
          <w:p w14:paraId="31AF991F"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shd w:val="clear" w:color="auto" w:fill="F5F8F5"/>
            <w:tcMar>
              <w:top w:w="90" w:type="dxa"/>
              <w:left w:w="100" w:type="dxa"/>
              <w:bottom w:w="90" w:type="dxa"/>
              <w:right w:w="100" w:type="dxa"/>
            </w:tcMar>
            <w:vAlign w:val="center"/>
          </w:tcPr>
          <w:p w14:paraId="38920651" w14:textId="77777777" w:rsidR="004D6CCF" w:rsidRPr="00753C04" w:rsidRDefault="004D6CCF" w:rsidP="007B54EA">
            <w:pPr>
              <w:spacing w:after="40" w:line="240" w:lineRule="auto"/>
              <w:rPr>
                <w:rFonts w:ascii="Times New Roman" w:hAnsi="Times New Roman" w:cs="Times New Roman"/>
                <w:sz w:val="24"/>
                <w:szCs w:val="24"/>
              </w:rPr>
            </w:pPr>
          </w:p>
        </w:tc>
      </w:tr>
      <w:tr w:rsidR="004D6CCF" w:rsidRPr="00753C04" w14:paraId="4421F994" w14:textId="77777777" w:rsidTr="00753C04">
        <w:trPr>
          <w:cantSplit/>
        </w:trPr>
        <w:tc>
          <w:tcPr>
            <w:tcW w:w="2013" w:type="dxa"/>
            <w:tcMar>
              <w:top w:w="90" w:type="dxa"/>
              <w:left w:w="100" w:type="dxa"/>
              <w:bottom w:w="90" w:type="dxa"/>
              <w:right w:w="100" w:type="dxa"/>
            </w:tcMar>
            <w:vAlign w:val="center"/>
          </w:tcPr>
          <w:p w14:paraId="58276B68" w14:textId="77777777" w:rsidR="004D6CCF" w:rsidRPr="00753C04" w:rsidRDefault="004D6CCF" w:rsidP="007B54EA">
            <w:pPr>
              <w:spacing w:after="40" w:line="240" w:lineRule="auto"/>
              <w:rPr>
                <w:rFonts w:ascii="Times New Roman" w:hAnsi="Times New Roman" w:cs="Times New Roman"/>
                <w:sz w:val="24"/>
                <w:szCs w:val="24"/>
              </w:rPr>
            </w:pPr>
            <w:r w:rsidRPr="00753C04">
              <w:rPr>
                <w:rFonts w:eastAsia="Arial" w:cs="Times New Roman"/>
                <w:sz w:val="20"/>
                <w:szCs w:val="24"/>
              </w:rPr>
              <w:t>Activité 3</w:t>
            </w:r>
          </w:p>
        </w:tc>
        <w:tc>
          <w:tcPr>
            <w:tcW w:w="2014" w:type="dxa"/>
            <w:tcMar>
              <w:top w:w="90" w:type="dxa"/>
              <w:left w:w="100" w:type="dxa"/>
              <w:bottom w:w="90" w:type="dxa"/>
              <w:right w:w="100" w:type="dxa"/>
            </w:tcMar>
            <w:vAlign w:val="center"/>
          </w:tcPr>
          <w:p w14:paraId="7B504ACC"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tcMar>
              <w:top w:w="90" w:type="dxa"/>
              <w:left w:w="100" w:type="dxa"/>
              <w:bottom w:w="90" w:type="dxa"/>
              <w:right w:w="100" w:type="dxa"/>
            </w:tcMar>
            <w:vAlign w:val="center"/>
          </w:tcPr>
          <w:p w14:paraId="52526207" w14:textId="77777777" w:rsidR="004D6CCF" w:rsidRPr="00753C04" w:rsidRDefault="004D6CCF" w:rsidP="007B54EA">
            <w:pPr>
              <w:spacing w:after="40" w:line="240" w:lineRule="auto"/>
              <w:rPr>
                <w:rFonts w:ascii="Times New Roman" w:hAnsi="Times New Roman" w:cs="Times New Roman"/>
                <w:sz w:val="24"/>
                <w:szCs w:val="24"/>
              </w:rPr>
            </w:pPr>
          </w:p>
        </w:tc>
        <w:tc>
          <w:tcPr>
            <w:tcW w:w="2015" w:type="dxa"/>
            <w:tcMar>
              <w:top w:w="90" w:type="dxa"/>
              <w:left w:w="100" w:type="dxa"/>
              <w:bottom w:w="90" w:type="dxa"/>
              <w:right w:w="100" w:type="dxa"/>
            </w:tcMar>
            <w:vAlign w:val="center"/>
          </w:tcPr>
          <w:p w14:paraId="3D87925E"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tcMar>
              <w:top w:w="90" w:type="dxa"/>
              <w:left w:w="100" w:type="dxa"/>
              <w:bottom w:w="90" w:type="dxa"/>
              <w:right w:w="100" w:type="dxa"/>
            </w:tcMar>
            <w:vAlign w:val="center"/>
          </w:tcPr>
          <w:p w14:paraId="1506E23D" w14:textId="77777777" w:rsidR="004D6CCF" w:rsidRPr="00753C04" w:rsidRDefault="004D6CCF" w:rsidP="007B54EA">
            <w:pPr>
              <w:spacing w:after="40" w:line="240" w:lineRule="auto"/>
              <w:rPr>
                <w:rFonts w:ascii="Times New Roman" w:hAnsi="Times New Roman" w:cs="Times New Roman"/>
                <w:sz w:val="24"/>
                <w:szCs w:val="24"/>
              </w:rPr>
            </w:pPr>
          </w:p>
        </w:tc>
      </w:tr>
      <w:tr w:rsidR="004D6CCF" w:rsidRPr="00753C04" w14:paraId="4BBEA189" w14:textId="77777777" w:rsidTr="00753C04">
        <w:trPr>
          <w:cantSplit/>
        </w:trPr>
        <w:tc>
          <w:tcPr>
            <w:tcW w:w="2013" w:type="dxa"/>
            <w:shd w:val="clear" w:color="auto" w:fill="F5F8F5"/>
            <w:tcMar>
              <w:top w:w="90" w:type="dxa"/>
              <w:left w:w="100" w:type="dxa"/>
              <w:bottom w:w="90" w:type="dxa"/>
              <w:right w:w="100" w:type="dxa"/>
            </w:tcMar>
            <w:vAlign w:val="center"/>
          </w:tcPr>
          <w:p w14:paraId="66707E2D" w14:textId="77777777" w:rsidR="004D6CCF" w:rsidRPr="00753C04" w:rsidRDefault="004D6CCF" w:rsidP="007B54EA">
            <w:pPr>
              <w:spacing w:after="40" w:line="240" w:lineRule="auto"/>
              <w:rPr>
                <w:rFonts w:ascii="Times New Roman" w:hAnsi="Times New Roman" w:cs="Times New Roman"/>
                <w:sz w:val="24"/>
                <w:szCs w:val="24"/>
              </w:rPr>
            </w:pPr>
            <w:r w:rsidRPr="00753C04">
              <w:rPr>
                <w:rFonts w:eastAsia="Arial" w:cs="Times New Roman"/>
                <w:sz w:val="20"/>
                <w:szCs w:val="24"/>
              </w:rPr>
              <w:t>Activité 4</w:t>
            </w:r>
          </w:p>
        </w:tc>
        <w:tc>
          <w:tcPr>
            <w:tcW w:w="2014" w:type="dxa"/>
            <w:shd w:val="clear" w:color="auto" w:fill="F5F8F5"/>
            <w:tcMar>
              <w:top w:w="90" w:type="dxa"/>
              <w:left w:w="100" w:type="dxa"/>
              <w:bottom w:w="90" w:type="dxa"/>
              <w:right w:w="100" w:type="dxa"/>
            </w:tcMar>
            <w:vAlign w:val="center"/>
          </w:tcPr>
          <w:p w14:paraId="04A57545"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shd w:val="clear" w:color="auto" w:fill="F5F8F5"/>
            <w:tcMar>
              <w:top w:w="90" w:type="dxa"/>
              <w:left w:w="100" w:type="dxa"/>
              <w:bottom w:w="90" w:type="dxa"/>
              <w:right w:w="100" w:type="dxa"/>
            </w:tcMar>
            <w:vAlign w:val="center"/>
          </w:tcPr>
          <w:p w14:paraId="5A908147" w14:textId="77777777" w:rsidR="004D6CCF" w:rsidRPr="00753C04" w:rsidRDefault="004D6CCF" w:rsidP="007B54EA">
            <w:pPr>
              <w:spacing w:after="40" w:line="240" w:lineRule="auto"/>
              <w:rPr>
                <w:rFonts w:ascii="Times New Roman" w:hAnsi="Times New Roman" w:cs="Times New Roman"/>
                <w:sz w:val="24"/>
                <w:szCs w:val="24"/>
              </w:rPr>
            </w:pPr>
          </w:p>
        </w:tc>
        <w:tc>
          <w:tcPr>
            <w:tcW w:w="2015" w:type="dxa"/>
            <w:shd w:val="clear" w:color="auto" w:fill="F5F8F5"/>
            <w:tcMar>
              <w:top w:w="90" w:type="dxa"/>
              <w:left w:w="100" w:type="dxa"/>
              <w:bottom w:w="90" w:type="dxa"/>
              <w:right w:w="100" w:type="dxa"/>
            </w:tcMar>
            <w:vAlign w:val="center"/>
          </w:tcPr>
          <w:p w14:paraId="74BC56E2" w14:textId="77777777" w:rsidR="004D6CCF" w:rsidRPr="00753C04" w:rsidRDefault="004D6CCF" w:rsidP="007B54EA">
            <w:pPr>
              <w:spacing w:after="40" w:line="240" w:lineRule="auto"/>
              <w:rPr>
                <w:rFonts w:ascii="Times New Roman" w:hAnsi="Times New Roman" w:cs="Times New Roman"/>
                <w:sz w:val="24"/>
                <w:szCs w:val="24"/>
              </w:rPr>
            </w:pPr>
          </w:p>
        </w:tc>
        <w:tc>
          <w:tcPr>
            <w:tcW w:w="2014" w:type="dxa"/>
            <w:shd w:val="clear" w:color="auto" w:fill="F5F8F5"/>
            <w:tcMar>
              <w:top w:w="90" w:type="dxa"/>
              <w:left w:w="100" w:type="dxa"/>
              <w:bottom w:w="90" w:type="dxa"/>
              <w:right w:w="100" w:type="dxa"/>
            </w:tcMar>
            <w:vAlign w:val="center"/>
          </w:tcPr>
          <w:p w14:paraId="785E10FD" w14:textId="77777777" w:rsidR="004D6CCF" w:rsidRPr="00753C04" w:rsidRDefault="004D6CCF" w:rsidP="007B54EA">
            <w:pPr>
              <w:spacing w:after="40" w:line="240" w:lineRule="auto"/>
              <w:rPr>
                <w:rFonts w:ascii="Times New Roman" w:hAnsi="Times New Roman" w:cs="Times New Roman"/>
                <w:sz w:val="24"/>
                <w:szCs w:val="24"/>
              </w:rPr>
            </w:pPr>
          </w:p>
        </w:tc>
      </w:tr>
    </w:tbl>
    <w:p w14:paraId="6B47E6B3" w14:textId="77777777" w:rsidR="004D6CCF" w:rsidRPr="00615C7A" w:rsidRDefault="004D6CCF" w:rsidP="004D6CCF">
      <w:pPr>
        <w:rPr>
          <w:rFonts w:ascii="Times New Roman" w:hAnsi="Times New Roman" w:cs="Times New Roman"/>
          <w:i/>
          <w:iCs/>
          <w:sz w:val="24"/>
          <w:szCs w:val="24"/>
        </w:rPr>
      </w:pPr>
      <w:r w:rsidRPr="00615C7A">
        <w:rPr>
          <w:rFonts w:ascii="Times New Roman" w:eastAsia="Times New Roman" w:hAnsi="Times New Roman" w:cs="Times New Roman"/>
          <w:i/>
          <w:iCs/>
          <w:sz w:val="24"/>
          <w:szCs w:val="24"/>
        </w:rPr>
        <w:t>Ajouter des lignes si nécessaire.</w:t>
      </w:r>
    </w:p>
    <w:p w14:paraId="406A4A60"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t>8. CHRONOGRAMME DE TROIS MOIS</w:t>
      </w:r>
    </w:p>
    <w:tbl>
      <w:tblPr>
        <w:tblStyle w:val="Grilledutableau"/>
        <w:tblW w:w="0" w:type="auto"/>
        <w:jc w:val="center"/>
        <w:tblLayout w:type="fixed"/>
        <w:tblLook w:val="04A0" w:firstRow="1" w:lastRow="0" w:firstColumn="1" w:lastColumn="0" w:noHBand="0" w:noVBand="1"/>
      </w:tblPr>
      <w:tblGrid>
        <w:gridCol w:w="5520"/>
        <w:gridCol w:w="850"/>
        <w:gridCol w:w="851"/>
        <w:gridCol w:w="834"/>
        <w:gridCol w:w="2015"/>
      </w:tblGrid>
      <w:tr w:rsidR="006F72B9" w:rsidRPr="00753C04" w14:paraId="59F10DC9" w14:textId="77777777" w:rsidTr="00794276">
        <w:trPr>
          <w:cantSplit/>
          <w:tblHeader/>
          <w:jc w:val="center"/>
        </w:trPr>
        <w:tc>
          <w:tcPr>
            <w:tcW w:w="5520" w:type="dxa"/>
            <w:shd w:val="clear" w:color="auto" w:fill="315B46"/>
            <w:tcMar>
              <w:top w:w="90" w:type="dxa"/>
              <w:left w:w="100" w:type="dxa"/>
              <w:bottom w:w="90" w:type="dxa"/>
              <w:right w:w="100" w:type="dxa"/>
            </w:tcMar>
            <w:vAlign w:val="center"/>
          </w:tcPr>
          <w:p w14:paraId="48B42DB3"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Activités principales</w:t>
            </w:r>
          </w:p>
        </w:tc>
        <w:tc>
          <w:tcPr>
            <w:tcW w:w="850" w:type="dxa"/>
            <w:shd w:val="clear" w:color="auto" w:fill="315B46"/>
            <w:tcMar>
              <w:top w:w="90" w:type="dxa"/>
              <w:left w:w="100" w:type="dxa"/>
              <w:bottom w:w="90" w:type="dxa"/>
              <w:right w:w="100" w:type="dxa"/>
            </w:tcMar>
            <w:vAlign w:val="center"/>
          </w:tcPr>
          <w:p w14:paraId="434A0A4A"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Mois 1</w:t>
            </w:r>
          </w:p>
        </w:tc>
        <w:tc>
          <w:tcPr>
            <w:tcW w:w="851" w:type="dxa"/>
            <w:shd w:val="clear" w:color="auto" w:fill="315B46"/>
            <w:tcMar>
              <w:top w:w="90" w:type="dxa"/>
              <w:left w:w="100" w:type="dxa"/>
              <w:bottom w:w="90" w:type="dxa"/>
              <w:right w:w="100" w:type="dxa"/>
            </w:tcMar>
            <w:vAlign w:val="center"/>
          </w:tcPr>
          <w:p w14:paraId="0A797FB2"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Mois 2</w:t>
            </w:r>
          </w:p>
        </w:tc>
        <w:tc>
          <w:tcPr>
            <w:tcW w:w="834" w:type="dxa"/>
            <w:shd w:val="clear" w:color="auto" w:fill="315B46"/>
            <w:tcMar>
              <w:top w:w="90" w:type="dxa"/>
              <w:left w:w="100" w:type="dxa"/>
              <w:bottom w:w="90" w:type="dxa"/>
              <w:right w:w="100" w:type="dxa"/>
            </w:tcMar>
            <w:vAlign w:val="center"/>
          </w:tcPr>
          <w:p w14:paraId="722475BA"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Mois 3</w:t>
            </w:r>
          </w:p>
        </w:tc>
        <w:tc>
          <w:tcPr>
            <w:tcW w:w="2015" w:type="dxa"/>
            <w:shd w:val="clear" w:color="auto" w:fill="315B46"/>
            <w:tcMar>
              <w:top w:w="90" w:type="dxa"/>
              <w:left w:w="100" w:type="dxa"/>
              <w:bottom w:w="90" w:type="dxa"/>
              <w:right w:w="100" w:type="dxa"/>
            </w:tcMar>
            <w:vAlign w:val="center"/>
          </w:tcPr>
          <w:p w14:paraId="7BC544E5"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Responsable</w:t>
            </w:r>
          </w:p>
        </w:tc>
      </w:tr>
      <w:tr w:rsidR="006F72B9" w:rsidRPr="00753C04" w14:paraId="33B1F351" w14:textId="77777777" w:rsidTr="00794276">
        <w:trPr>
          <w:cantSplit/>
          <w:jc w:val="center"/>
        </w:trPr>
        <w:tc>
          <w:tcPr>
            <w:tcW w:w="5520" w:type="dxa"/>
            <w:tcMar>
              <w:top w:w="90" w:type="dxa"/>
              <w:left w:w="100" w:type="dxa"/>
              <w:bottom w:w="90" w:type="dxa"/>
              <w:right w:w="100" w:type="dxa"/>
            </w:tcMar>
            <w:vAlign w:val="center"/>
          </w:tcPr>
          <w:p w14:paraId="0FAAB6F5" w14:textId="77777777" w:rsidR="006F72B9" w:rsidRPr="00753C04" w:rsidRDefault="006F72B9">
            <w:pPr>
              <w:spacing w:after="40" w:line="240" w:lineRule="auto"/>
              <w:rPr>
                <w:rFonts w:ascii="Times New Roman" w:hAnsi="Times New Roman" w:cs="Times New Roman"/>
                <w:sz w:val="24"/>
                <w:szCs w:val="24"/>
              </w:rPr>
            </w:pPr>
          </w:p>
        </w:tc>
        <w:tc>
          <w:tcPr>
            <w:tcW w:w="850" w:type="dxa"/>
            <w:tcMar>
              <w:top w:w="90" w:type="dxa"/>
              <w:left w:w="100" w:type="dxa"/>
              <w:bottom w:w="90" w:type="dxa"/>
              <w:right w:w="100" w:type="dxa"/>
            </w:tcMar>
            <w:vAlign w:val="center"/>
          </w:tcPr>
          <w:p w14:paraId="23398DCD" w14:textId="77777777" w:rsidR="006F72B9" w:rsidRPr="00753C04" w:rsidRDefault="006F72B9">
            <w:pPr>
              <w:spacing w:after="40" w:line="240" w:lineRule="auto"/>
              <w:rPr>
                <w:rFonts w:ascii="Times New Roman" w:hAnsi="Times New Roman" w:cs="Times New Roman"/>
                <w:sz w:val="24"/>
                <w:szCs w:val="24"/>
              </w:rPr>
            </w:pPr>
          </w:p>
        </w:tc>
        <w:tc>
          <w:tcPr>
            <w:tcW w:w="851" w:type="dxa"/>
            <w:tcMar>
              <w:top w:w="90" w:type="dxa"/>
              <w:left w:w="100" w:type="dxa"/>
              <w:bottom w:w="90" w:type="dxa"/>
              <w:right w:w="100" w:type="dxa"/>
            </w:tcMar>
            <w:vAlign w:val="center"/>
          </w:tcPr>
          <w:p w14:paraId="7201BF2C" w14:textId="77777777" w:rsidR="006F72B9" w:rsidRPr="00753C04" w:rsidRDefault="006F72B9">
            <w:pPr>
              <w:spacing w:after="40" w:line="240" w:lineRule="auto"/>
              <w:rPr>
                <w:rFonts w:ascii="Times New Roman" w:hAnsi="Times New Roman" w:cs="Times New Roman"/>
                <w:sz w:val="24"/>
                <w:szCs w:val="24"/>
              </w:rPr>
            </w:pPr>
          </w:p>
        </w:tc>
        <w:tc>
          <w:tcPr>
            <w:tcW w:w="834" w:type="dxa"/>
            <w:tcMar>
              <w:top w:w="90" w:type="dxa"/>
              <w:left w:w="100" w:type="dxa"/>
              <w:bottom w:w="90" w:type="dxa"/>
              <w:right w:w="100" w:type="dxa"/>
            </w:tcMar>
            <w:vAlign w:val="center"/>
          </w:tcPr>
          <w:p w14:paraId="480FE2AF" w14:textId="77777777" w:rsidR="006F72B9" w:rsidRPr="00753C04" w:rsidRDefault="006F72B9">
            <w:pPr>
              <w:spacing w:after="40" w:line="240" w:lineRule="auto"/>
              <w:rPr>
                <w:rFonts w:ascii="Times New Roman" w:hAnsi="Times New Roman" w:cs="Times New Roman"/>
                <w:sz w:val="24"/>
                <w:szCs w:val="24"/>
              </w:rPr>
            </w:pPr>
          </w:p>
        </w:tc>
        <w:tc>
          <w:tcPr>
            <w:tcW w:w="2015" w:type="dxa"/>
            <w:tcMar>
              <w:top w:w="90" w:type="dxa"/>
              <w:left w:w="100" w:type="dxa"/>
              <w:bottom w:w="90" w:type="dxa"/>
              <w:right w:w="100" w:type="dxa"/>
            </w:tcMar>
            <w:vAlign w:val="center"/>
          </w:tcPr>
          <w:p w14:paraId="24783C67" w14:textId="77777777" w:rsidR="006F72B9" w:rsidRPr="00753C04" w:rsidRDefault="006F72B9">
            <w:pPr>
              <w:spacing w:after="40" w:line="240" w:lineRule="auto"/>
              <w:rPr>
                <w:rFonts w:ascii="Times New Roman" w:hAnsi="Times New Roman" w:cs="Times New Roman"/>
                <w:sz w:val="24"/>
                <w:szCs w:val="24"/>
              </w:rPr>
            </w:pPr>
          </w:p>
        </w:tc>
      </w:tr>
      <w:tr w:rsidR="00BB6876" w:rsidRPr="00753C04" w14:paraId="410EB5B9" w14:textId="77777777" w:rsidTr="00794276">
        <w:trPr>
          <w:cantSplit/>
          <w:jc w:val="center"/>
        </w:trPr>
        <w:tc>
          <w:tcPr>
            <w:tcW w:w="5520" w:type="dxa"/>
            <w:shd w:val="clear" w:color="auto" w:fill="F5F8F5"/>
            <w:tcMar>
              <w:top w:w="90" w:type="dxa"/>
              <w:left w:w="100" w:type="dxa"/>
              <w:bottom w:w="90" w:type="dxa"/>
              <w:right w:w="100" w:type="dxa"/>
            </w:tcMar>
            <w:vAlign w:val="center"/>
          </w:tcPr>
          <w:p w14:paraId="4CD0313C" w14:textId="77777777" w:rsidR="00BB6876" w:rsidRPr="00753C04" w:rsidRDefault="00BB6876">
            <w:pPr>
              <w:spacing w:after="40" w:line="240" w:lineRule="auto"/>
              <w:rPr>
                <w:rFonts w:ascii="Times New Roman" w:hAnsi="Times New Roman" w:cs="Times New Roman"/>
                <w:sz w:val="24"/>
                <w:szCs w:val="24"/>
              </w:rPr>
            </w:pPr>
          </w:p>
        </w:tc>
        <w:tc>
          <w:tcPr>
            <w:tcW w:w="850" w:type="dxa"/>
            <w:shd w:val="clear" w:color="auto" w:fill="F5F8F5"/>
            <w:tcMar>
              <w:top w:w="90" w:type="dxa"/>
              <w:left w:w="100" w:type="dxa"/>
              <w:bottom w:w="90" w:type="dxa"/>
              <w:right w:w="100" w:type="dxa"/>
            </w:tcMar>
            <w:vAlign w:val="center"/>
          </w:tcPr>
          <w:p w14:paraId="69FD9739" w14:textId="77777777" w:rsidR="00BB6876" w:rsidRPr="00753C04" w:rsidRDefault="00BB6876">
            <w:pPr>
              <w:spacing w:after="40" w:line="240" w:lineRule="auto"/>
              <w:rPr>
                <w:rFonts w:ascii="Times New Roman" w:hAnsi="Times New Roman" w:cs="Times New Roman"/>
                <w:sz w:val="24"/>
                <w:szCs w:val="24"/>
              </w:rPr>
            </w:pPr>
          </w:p>
        </w:tc>
        <w:tc>
          <w:tcPr>
            <w:tcW w:w="851" w:type="dxa"/>
            <w:shd w:val="clear" w:color="auto" w:fill="F5F8F5"/>
            <w:tcMar>
              <w:top w:w="90" w:type="dxa"/>
              <w:left w:w="100" w:type="dxa"/>
              <w:bottom w:w="90" w:type="dxa"/>
              <w:right w:w="100" w:type="dxa"/>
            </w:tcMar>
            <w:vAlign w:val="center"/>
          </w:tcPr>
          <w:p w14:paraId="409F4A09" w14:textId="77777777" w:rsidR="00BB6876" w:rsidRPr="00753C04" w:rsidRDefault="00BB6876">
            <w:pPr>
              <w:spacing w:after="40" w:line="240" w:lineRule="auto"/>
              <w:rPr>
                <w:rFonts w:ascii="Times New Roman" w:hAnsi="Times New Roman" w:cs="Times New Roman"/>
                <w:sz w:val="24"/>
                <w:szCs w:val="24"/>
              </w:rPr>
            </w:pPr>
          </w:p>
        </w:tc>
        <w:tc>
          <w:tcPr>
            <w:tcW w:w="834" w:type="dxa"/>
            <w:shd w:val="clear" w:color="auto" w:fill="F5F8F5"/>
            <w:tcMar>
              <w:top w:w="90" w:type="dxa"/>
              <w:left w:w="100" w:type="dxa"/>
              <w:bottom w:w="90" w:type="dxa"/>
              <w:right w:w="100" w:type="dxa"/>
            </w:tcMar>
            <w:vAlign w:val="center"/>
          </w:tcPr>
          <w:p w14:paraId="39E81D6D" w14:textId="77777777" w:rsidR="00BB6876" w:rsidRPr="00753C04" w:rsidRDefault="00BB6876">
            <w:pPr>
              <w:spacing w:after="40" w:line="240" w:lineRule="auto"/>
              <w:rPr>
                <w:rFonts w:ascii="Times New Roman" w:hAnsi="Times New Roman" w:cs="Times New Roman"/>
                <w:sz w:val="24"/>
                <w:szCs w:val="24"/>
              </w:rPr>
            </w:pPr>
          </w:p>
        </w:tc>
        <w:tc>
          <w:tcPr>
            <w:tcW w:w="2015" w:type="dxa"/>
            <w:shd w:val="clear" w:color="auto" w:fill="F5F8F5"/>
            <w:tcMar>
              <w:top w:w="90" w:type="dxa"/>
              <w:left w:w="100" w:type="dxa"/>
              <w:bottom w:w="90" w:type="dxa"/>
              <w:right w:w="100" w:type="dxa"/>
            </w:tcMar>
            <w:vAlign w:val="center"/>
          </w:tcPr>
          <w:p w14:paraId="18BDB67E" w14:textId="77777777" w:rsidR="00BB6876" w:rsidRPr="00753C04" w:rsidRDefault="00BB6876">
            <w:pPr>
              <w:spacing w:after="40" w:line="240" w:lineRule="auto"/>
              <w:rPr>
                <w:rFonts w:ascii="Times New Roman" w:hAnsi="Times New Roman" w:cs="Times New Roman"/>
                <w:sz w:val="24"/>
                <w:szCs w:val="24"/>
              </w:rPr>
            </w:pPr>
          </w:p>
        </w:tc>
      </w:tr>
      <w:tr w:rsidR="000047A6" w:rsidRPr="00753C04" w14:paraId="6AB258E3" w14:textId="77777777" w:rsidTr="00794276">
        <w:trPr>
          <w:cantSplit/>
          <w:jc w:val="center"/>
        </w:trPr>
        <w:tc>
          <w:tcPr>
            <w:tcW w:w="5520" w:type="dxa"/>
            <w:tcMar>
              <w:top w:w="90" w:type="dxa"/>
              <w:left w:w="100" w:type="dxa"/>
              <w:bottom w:w="90" w:type="dxa"/>
              <w:right w:w="100" w:type="dxa"/>
            </w:tcMar>
            <w:vAlign w:val="center"/>
          </w:tcPr>
          <w:p w14:paraId="6C5E4BA7" w14:textId="77777777" w:rsidR="000047A6" w:rsidRPr="00753C04" w:rsidRDefault="000047A6" w:rsidP="000047A6">
            <w:pPr>
              <w:spacing w:after="40" w:line="240" w:lineRule="auto"/>
              <w:rPr>
                <w:rFonts w:ascii="Times New Roman" w:hAnsi="Times New Roman" w:cs="Times New Roman"/>
                <w:i/>
                <w:iCs/>
                <w:sz w:val="24"/>
                <w:szCs w:val="24"/>
              </w:rPr>
            </w:pPr>
          </w:p>
        </w:tc>
        <w:tc>
          <w:tcPr>
            <w:tcW w:w="850" w:type="dxa"/>
            <w:tcMar>
              <w:top w:w="90" w:type="dxa"/>
              <w:left w:w="100" w:type="dxa"/>
              <w:bottom w:w="90" w:type="dxa"/>
              <w:right w:w="100" w:type="dxa"/>
            </w:tcMar>
            <w:vAlign w:val="center"/>
          </w:tcPr>
          <w:p w14:paraId="78893083" w14:textId="77777777" w:rsidR="000047A6" w:rsidRPr="00753C04" w:rsidRDefault="000047A6" w:rsidP="000047A6">
            <w:pPr>
              <w:spacing w:after="40" w:line="240" w:lineRule="auto"/>
              <w:rPr>
                <w:rFonts w:ascii="Times New Roman" w:hAnsi="Times New Roman" w:cs="Times New Roman"/>
                <w:sz w:val="24"/>
                <w:szCs w:val="24"/>
              </w:rPr>
            </w:pPr>
          </w:p>
        </w:tc>
        <w:tc>
          <w:tcPr>
            <w:tcW w:w="851" w:type="dxa"/>
            <w:tcMar>
              <w:top w:w="90" w:type="dxa"/>
              <w:left w:w="100" w:type="dxa"/>
              <w:bottom w:w="90" w:type="dxa"/>
              <w:right w:w="100" w:type="dxa"/>
            </w:tcMar>
            <w:vAlign w:val="center"/>
          </w:tcPr>
          <w:p w14:paraId="421712B1" w14:textId="77777777" w:rsidR="000047A6" w:rsidRPr="00753C04" w:rsidRDefault="000047A6" w:rsidP="000047A6">
            <w:pPr>
              <w:spacing w:after="40" w:line="240" w:lineRule="auto"/>
              <w:rPr>
                <w:rFonts w:ascii="Times New Roman" w:hAnsi="Times New Roman" w:cs="Times New Roman"/>
                <w:sz w:val="24"/>
                <w:szCs w:val="24"/>
              </w:rPr>
            </w:pPr>
          </w:p>
        </w:tc>
        <w:tc>
          <w:tcPr>
            <w:tcW w:w="834" w:type="dxa"/>
            <w:tcMar>
              <w:top w:w="90" w:type="dxa"/>
              <w:left w:w="100" w:type="dxa"/>
              <w:bottom w:w="90" w:type="dxa"/>
              <w:right w:w="100" w:type="dxa"/>
            </w:tcMar>
            <w:vAlign w:val="center"/>
          </w:tcPr>
          <w:p w14:paraId="0A34E8F2" w14:textId="77777777" w:rsidR="000047A6" w:rsidRPr="00753C04" w:rsidRDefault="000047A6" w:rsidP="000047A6">
            <w:pPr>
              <w:spacing w:after="40" w:line="240" w:lineRule="auto"/>
              <w:rPr>
                <w:rFonts w:ascii="Times New Roman" w:hAnsi="Times New Roman" w:cs="Times New Roman"/>
                <w:sz w:val="24"/>
                <w:szCs w:val="24"/>
              </w:rPr>
            </w:pPr>
          </w:p>
        </w:tc>
        <w:tc>
          <w:tcPr>
            <w:tcW w:w="2015" w:type="dxa"/>
            <w:tcMar>
              <w:top w:w="90" w:type="dxa"/>
              <w:left w:w="100" w:type="dxa"/>
              <w:bottom w:w="90" w:type="dxa"/>
              <w:right w:w="100" w:type="dxa"/>
            </w:tcMar>
            <w:vAlign w:val="center"/>
          </w:tcPr>
          <w:p w14:paraId="2AD93AD2" w14:textId="77777777" w:rsidR="000047A6" w:rsidRPr="00753C04" w:rsidRDefault="000047A6" w:rsidP="000047A6">
            <w:pPr>
              <w:spacing w:after="40" w:line="240" w:lineRule="auto"/>
              <w:rPr>
                <w:rFonts w:ascii="Times New Roman" w:hAnsi="Times New Roman" w:cs="Times New Roman"/>
                <w:sz w:val="24"/>
                <w:szCs w:val="24"/>
              </w:rPr>
            </w:pPr>
          </w:p>
        </w:tc>
      </w:tr>
    </w:tbl>
    <w:p w14:paraId="5708EB0F" w14:textId="77777777" w:rsidR="006F72B9" w:rsidRPr="00753C04" w:rsidRDefault="00794276">
      <w:pPr>
        <w:rPr>
          <w:rFonts w:ascii="Times New Roman" w:hAnsi="Times New Roman" w:cs="Times New Roman"/>
          <w:sz w:val="24"/>
          <w:szCs w:val="24"/>
        </w:rPr>
      </w:pPr>
      <w:r w:rsidRPr="00753C04">
        <w:rPr>
          <w:rFonts w:ascii="Times New Roman" w:eastAsia="Times New Roman" w:hAnsi="Times New Roman" w:cs="Times New Roman"/>
          <w:i/>
          <w:iCs/>
          <w:sz w:val="24"/>
          <w:szCs w:val="24"/>
        </w:rPr>
        <w:t>Ajouter autant de lignes que nécessaire.</w:t>
      </w:r>
    </w:p>
    <w:p w14:paraId="0C2E7C30" w14:textId="77777777" w:rsidR="006F72B9" w:rsidRPr="00753C04" w:rsidRDefault="00615F4E" w:rsidP="00CC2F2E">
      <w:pPr>
        <w:pStyle w:val="Titre1"/>
        <w:rPr>
          <w:rFonts w:ascii="Times New Roman" w:hAnsi="Times New Roman" w:cs="Times New Roman"/>
          <w:szCs w:val="24"/>
        </w:rPr>
      </w:pPr>
      <w:r w:rsidRPr="00753C04">
        <w:rPr>
          <w:rFonts w:ascii="Times New Roman" w:eastAsia="Times New Roman" w:hAnsi="Times New Roman" w:cs="Times New Roman"/>
          <w:sz w:val="28"/>
          <w:szCs w:val="24"/>
        </w:rPr>
        <w:lastRenderedPageBreak/>
        <w:t>9. INNOVATION ET POTENTIEL DE REPRODUCTION</w:t>
      </w:r>
    </w:p>
    <w:p w14:paraId="6E5EF9D4" w14:textId="77777777" w:rsidR="00D35791" w:rsidRPr="00753C04" w:rsidRDefault="00615F4E">
      <w:pPr>
        <w:keepNext/>
        <w:spacing w:after="100"/>
        <w:rPr>
          <w:rFonts w:ascii="Times New Roman" w:hAnsi="Times New Roman" w:cs="Times New Roman"/>
          <w:sz w:val="24"/>
          <w:szCs w:val="24"/>
        </w:rPr>
      </w:pPr>
      <w:r w:rsidRPr="00753C04">
        <w:rPr>
          <w:rFonts w:ascii="Times New Roman" w:eastAsia="Times New Roman" w:hAnsi="Times New Roman" w:cs="Times New Roman"/>
          <w:bCs/>
          <w:i/>
          <w:iCs/>
          <w:sz w:val="24"/>
          <w:szCs w:val="24"/>
        </w:rPr>
        <w:t>Décrire ce que le projet apporte de nouveau dans la zone et les conditions pour qu'il puisse être repris par d'autres organisations ou dans d'autres localités.</w:t>
      </w:r>
    </w:p>
    <w:p w14:paraId="4CA3234A"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298DAFAA"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3B98E82C"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740FAA89"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80E3FB6"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75AED8FE" w14:textId="77777777" w:rsidR="0012617B" w:rsidRPr="00753C04" w:rsidRDefault="0012617B" w:rsidP="0012617B">
      <w:pPr>
        <w:pStyle w:val="Titre1"/>
        <w:rPr>
          <w:rFonts w:ascii="Times New Roman" w:hAnsi="Times New Roman" w:cs="Times New Roman"/>
          <w:szCs w:val="24"/>
        </w:rPr>
      </w:pPr>
      <w:r w:rsidRPr="00753C04">
        <w:rPr>
          <w:rFonts w:ascii="Times New Roman" w:eastAsia="Times New Roman" w:hAnsi="Times New Roman" w:cs="Times New Roman"/>
          <w:sz w:val="28"/>
          <w:szCs w:val="24"/>
        </w:rPr>
        <w:t>10. DISPOSITIONS EN MATIÈRE DE SUIVI ET D’ÉVALUATION</w:t>
      </w:r>
    </w:p>
    <w:p w14:paraId="4FC78B19" w14:textId="77777777" w:rsidR="0012617B" w:rsidRPr="00753C04" w:rsidRDefault="0012617B" w:rsidP="008432DC">
      <w:pPr>
        <w:rPr>
          <w:rFonts w:ascii="Times New Roman" w:hAnsi="Times New Roman" w:cs="Times New Roman"/>
          <w:sz w:val="24"/>
          <w:szCs w:val="24"/>
        </w:rPr>
      </w:pPr>
    </w:p>
    <w:p w14:paraId="35301D9E" w14:textId="77777777" w:rsidR="006F72B9" w:rsidRPr="00615C7A" w:rsidRDefault="008432DC" w:rsidP="00753C04">
      <w:pPr>
        <w:spacing w:after="100"/>
        <w:rPr>
          <w:rFonts w:ascii="Times New Roman" w:hAnsi="Times New Roman" w:cs="Times New Roman"/>
          <w:b/>
          <w:bCs/>
          <w:i/>
          <w:iCs/>
          <w:sz w:val="24"/>
          <w:szCs w:val="24"/>
        </w:rPr>
      </w:pPr>
      <w:r w:rsidRPr="00615C7A">
        <w:rPr>
          <w:rFonts w:ascii="Times New Roman" w:eastAsia="Times New Roman" w:hAnsi="Times New Roman" w:cs="Times New Roman"/>
          <w:bCs/>
          <w:i/>
          <w:iCs/>
          <w:sz w:val="24"/>
          <w:szCs w:val="24"/>
        </w:rPr>
        <w:t>Préciser les mécanismes de suivi, indicateurs, outils de collecte, responsables, participation des bénéficiaires et des femmes, documentation/capitalisation et modalités de rapportage à WEP/GAGGA.</w:t>
      </w:r>
    </w:p>
    <w:p w14:paraId="11ED0095"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4C3C00DC" w14:textId="77777777" w:rsidR="00D85FB8" w:rsidRPr="00753C04" w:rsidRDefault="00D85FB8">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34F9E29F"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t xml:space="preserve">11. DURABILITÉ </w:t>
      </w:r>
    </w:p>
    <w:p w14:paraId="7177BA69" w14:textId="77777777" w:rsidR="008432DC" w:rsidRPr="00615C7A" w:rsidRDefault="008432DC" w:rsidP="008432DC">
      <w:pPr>
        <w:spacing w:after="100"/>
        <w:rPr>
          <w:rFonts w:ascii="Times New Roman" w:hAnsi="Times New Roman" w:cs="Times New Roman"/>
          <w:b/>
          <w:bCs/>
          <w:i/>
          <w:iCs/>
          <w:sz w:val="24"/>
          <w:szCs w:val="24"/>
        </w:rPr>
      </w:pPr>
      <w:r w:rsidRPr="00615C7A">
        <w:rPr>
          <w:rFonts w:ascii="Times New Roman" w:eastAsia="Times New Roman" w:hAnsi="Times New Roman" w:cs="Times New Roman"/>
          <w:bCs/>
          <w:i/>
          <w:iCs/>
          <w:sz w:val="24"/>
          <w:szCs w:val="24"/>
        </w:rPr>
        <w:t>Décrire la pérennisation des activités après financement, les responsabilités, les ressources nécessaires, le renforcement des capacités, et les perspectives de reproduction ou de mise à l’échelle.</w:t>
      </w:r>
    </w:p>
    <w:p w14:paraId="19374762" w14:textId="77777777" w:rsidR="00F745F5" w:rsidRPr="00753C04" w:rsidRDefault="00F745F5" w:rsidP="00F745F5">
      <w:pPr>
        <w:rPr>
          <w:rFonts w:ascii="Times New Roman" w:eastAsia="MS Gothic" w:hAnsi="Times New Roman" w:cs="Times New Roman"/>
          <w:b/>
          <w:bCs/>
          <w:i/>
          <w:iCs/>
          <w:sz w:val="24"/>
          <w:szCs w:val="24"/>
        </w:rPr>
      </w:pPr>
    </w:p>
    <w:p w14:paraId="78BA2A2E" w14:textId="77777777" w:rsidR="006F72B9" w:rsidRPr="00753C04" w:rsidRDefault="00615F4E" w:rsidP="00F745F5">
      <w:pPr>
        <w:keepNext/>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18F10DAA"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72A5FC69" w14:textId="77777777" w:rsidR="006F72B9" w:rsidRPr="00753C04" w:rsidRDefault="00615F4E">
      <w:pPr>
        <w:rPr>
          <w:rFonts w:ascii="Times New Roman" w:hAnsi="Times New Roman" w:cs="Times New Roman"/>
          <w:sz w:val="24"/>
          <w:szCs w:val="24"/>
        </w:rPr>
      </w:pPr>
      <w:r w:rsidRPr="00753C04">
        <w:rPr>
          <w:rFonts w:ascii="Times New Roman" w:eastAsia="Times New Roman" w:hAnsi="Times New Roman" w:cs="Times New Roman"/>
          <w:sz w:val="24"/>
          <w:szCs w:val="24"/>
        </w:rPr>
        <w:t>........................................................................................................................................................................</w:t>
      </w:r>
    </w:p>
    <w:p w14:paraId="64D13730"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t>12. RISQUES ET MESURES D’ATTÉNUATION</w:t>
      </w:r>
    </w:p>
    <w:p w14:paraId="493F0DC5" w14:textId="77777777" w:rsidR="007239B0" w:rsidRPr="00753C04" w:rsidRDefault="007239B0" w:rsidP="007239B0">
      <w:pPr>
        <w:spacing w:after="0" w:line="20" w:lineRule="exact"/>
        <w:rPr>
          <w:rFonts w:ascii="Times New Roman" w:hAnsi="Times New Roman" w:cs="Times New Roman"/>
          <w:sz w:val="24"/>
          <w:szCs w:val="24"/>
        </w:rPr>
      </w:pPr>
    </w:p>
    <w:tbl>
      <w:tblPr>
        <w:tblStyle w:val="Grilledutableau"/>
        <w:tblW w:w="0" w:type="auto"/>
        <w:tblLayout w:type="fixed"/>
        <w:tblLook w:val="04A0" w:firstRow="1" w:lastRow="0" w:firstColumn="1" w:lastColumn="0" w:noHBand="0" w:noVBand="1"/>
      </w:tblPr>
      <w:tblGrid>
        <w:gridCol w:w="3794"/>
        <w:gridCol w:w="2126"/>
        <w:gridCol w:w="3686"/>
      </w:tblGrid>
      <w:tr w:rsidR="005D77D5" w:rsidRPr="00753C04" w14:paraId="7383208F" w14:textId="77777777" w:rsidTr="00726597">
        <w:trPr>
          <w:cantSplit/>
          <w:tblHeader/>
        </w:trPr>
        <w:tc>
          <w:tcPr>
            <w:tcW w:w="3794" w:type="dxa"/>
            <w:shd w:val="clear" w:color="auto" w:fill="315B46"/>
            <w:tcMar>
              <w:top w:w="90" w:type="dxa"/>
              <w:left w:w="100" w:type="dxa"/>
              <w:bottom w:w="90" w:type="dxa"/>
              <w:right w:w="100" w:type="dxa"/>
            </w:tcMar>
            <w:vAlign w:val="center"/>
          </w:tcPr>
          <w:p w14:paraId="13001689" w14:textId="77777777" w:rsidR="005D77D5" w:rsidRPr="00753C04" w:rsidRDefault="005D77D5">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Risque</w:t>
            </w:r>
            <w:r w:rsidR="0012617B" w:rsidRPr="00753C04">
              <w:rPr>
                <w:rFonts w:eastAsia="Arial" w:cs="Times New Roman"/>
                <w:b/>
                <w:color w:val="FFFFFF"/>
                <w:sz w:val="20"/>
                <w:szCs w:val="24"/>
              </w:rPr>
              <w:t xml:space="preserve">s </w:t>
            </w:r>
          </w:p>
        </w:tc>
        <w:tc>
          <w:tcPr>
            <w:tcW w:w="2126" w:type="dxa"/>
            <w:shd w:val="clear" w:color="auto" w:fill="315B46"/>
            <w:tcMar>
              <w:top w:w="90" w:type="dxa"/>
              <w:left w:w="100" w:type="dxa"/>
              <w:bottom w:w="90" w:type="dxa"/>
              <w:right w:w="100" w:type="dxa"/>
            </w:tcMar>
            <w:vAlign w:val="center"/>
          </w:tcPr>
          <w:p w14:paraId="056D42B1" w14:textId="77777777" w:rsidR="005D77D5" w:rsidRPr="00753C04" w:rsidRDefault="005D77D5">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Niveau de risque (Elevé, Moyen, Faible)</w:t>
            </w:r>
          </w:p>
        </w:tc>
        <w:tc>
          <w:tcPr>
            <w:tcW w:w="3686" w:type="dxa"/>
            <w:shd w:val="clear" w:color="auto" w:fill="315B46"/>
            <w:tcMar>
              <w:top w:w="90" w:type="dxa"/>
              <w:left w:w="100" w:type="dxa"/>
              <w:bottom w:w="90" w:type="dxa"/>
              <w:right w:w="100" w:type="dxa"/>
            </w:tcMar>
            <w:vAlign w:val="center"/>
          </w:tcPr>
          <w:p w14:paraId="4BA42743" w14:textId="77777777" w:rsidR="005D77D5" w:rsidRPr="00753C04" w:rsidRDefault="005D77D5">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Mesure</w:t>
            </w:r>
            <w:r w:rsidR="0012617B" w:rsidRPr="00753C04">
              <w:rPr>
                <w:rFonts w:eastAsia="Arial" w:cs="Times New Roman"/>
                <w:b/>
                <w:color w:val="FFFFFF"/>
                <w:sz w:val="20"/>
                <w:szCs w:val="24"/>
              </w:rPr>
              <w:t>s de préventions et d’atténuation</w:t>
            </w:r>
          </w:p>
        </w:tc>
      </w:tr>
      <w:tr w:rsidR="005D77D5" w:rsidRPr="00753C04" w14:paraId="547F36CA" w14:textId="77777777" w:rsidTr="00726597">
        <w:trPr>
          <w:cantSplit/>
        </w:trPr>
        <w:tc>
          <w:tcPr>
            <w:tcW w:w="3794" w:type="dxa"/>
            <w:tcMar>
              <w:top w:w="90" w:type="dxa"/>
              <w:left w:w="100" w:type="dxa"/>
              <w:bottom w:w="90" w:type="dxa"/>
              <w:right w:w="100" w:type="dxa"/>
            </w:tcMar>
            <w:vAlign w:val="center"/>
          </w:tcPr>
          <w:p w14:paraId="08850B62" w14:textId="77777777" w:rsidR="005D77D5" w:rsidRPr="00753C04" w:rsidRDefault="005D77D5">
            <w:pPr>
              <w:spacing w:after="40" w:line="240" w:lineRule="auto"/>
              <w:rPr>
                <w:rFonts w:ascii="Times New Roman" w:hAnsi="Times New Roman" w:cs="Times New Roman"/>
                <w:sz w:val="24"/>
                <w:szCs w:val="24"/>
              </w:rPr>
            </w:pPr>
          </w:p>
        </w:tc>
        <w:tc>
          <w:tcPr>
            <w:tcW w:w="2126" w:type="dxa"/>
            <w:tcMar>
              <w:top w:w="90" w:type="dxa"/>
              <w:left w:w="100" w:type="dxa"/>
              <w:bottom w:w="90" w:type="dxa"/>
              <w:right w:w="100" w:type="dxa"/>
            </w:tcMar>
            <w:vAlign w:val="center"/>
          </w:tcPr>
          <w:p w14:paraId="731264C6" w14:textId="77777777" w:rsidR="005D77D5" w:rsidRPr="00753C04" w:rsidRDefault="005D77D5">
            <w:pPr>
              <w:spacing w:after="40" w:line="240" w:lineRule="auto"/>
              <w:rPr>
                <w:rFonts w:ascii="Times New Roman" w:hAnsi="Times New Roman" w:cs="Times New Roman"/>
                <w:sz w:val="24"/>
                <w:szCs w:val="24"/>
              </w:rPr>
            </w:pPr>
          </w:p>
        </w:tc>
        <w:tc>
          <w:tcPr>
            <w:tcW w:w="3686" w:type="dxa"/>
            <w:tcMar>
              <w:top w:w="90" w:type="dxa"/>
              <w:left w:w="100" w:type="dxa"/>
              <w:bottom w:w="90" w:type="dxa"/>
              <w:right w:w="100" w:type="dxa"/>
            </w:tcMar>
            <w:vAlign w:val="center"/>
          </w:tcPr>
          <w:p w14:paraId="23B0E649" w14:textId="77777777" w:rsidR="005D77D5" w:rsidRPr="00753C04" w:rsidRDefault="005D77D5">
            <w:pPr>
              <w:spacing w:after="40" w:line="240" w:lineRule="auto"/>
              <w:rPr>
                <w:rFonts w:ascii="Times New Roman" w:hAnsi="Times New Roman" w:cs="Times New Roman"/>
                <w:sz w:val="24"/>
                <w:szCs w:val="24"/>
              </w:rPr>
            </w:pPr>
          </w:p>
        </w:tc>
      </w:tr>
      <w:tr w:rsidR="005D77D5" w:rsidRPr="00753C04" w14:paraId="18DF9080" w14:textId="77777777" w:rsidTr="00726597">
        <w:trPr>
          <w:cantSplit/>
        </w:trPr>
        <w:tc>
          <w:tcPr>
            <w:tcW w:w="3794" w:type="dxa"/>
            <w:shd w:val="clear" w:color="auto" w:fill="F5F8F5"/>
            <w:tcMar>
              <w:top w:w="90" w:type="dxa"/>
              <w:left w:w="100" w:type="dxa"/>
              <w:bottom w:w="90" w:type="dxa"/>
              <w:right w:w="100" w:type="dxa"/>
            </w:tcMar>
            <w:vAlign w:val="center"/>
          </w:tcPr>
          <w:p w14:paraId="2F65CD08" w14:textId="77777777" w:rsidR="005D77D5" w:rsidRPr="00753C04" w:rsidRDefault="005D77D5">
            <w:pPr>
              <w:spacing w:after="40" w:line="240" w:lineRule="auto"/>
              <w:rPr>
                <w:rFonts w:ascii="Times New Roman" w:hAnsi="Times New Roman" w:cs="Times New Roman"/>
                <w:sz w:val="24"/>
                <w:szCs w:val="24"/>
              </w:rPr>
            </w:pPr>
          </w:p>
        </w:tc>
        <w:tc>
          <w:tcPr>
            <w:tcW w:w="2126" w:type="dxa"/>
            <w:shd w:val="clear" w:color="auto" w:fill="F5F8F5"/>
            <w:tcMar>
              <w:top w:w="90" w:type="dxa"/>
              <w:left w:w="100" w:type="dxa"/>
              <w:bottom w:w="90" w:type="dxa"/>
              <w:right w:w="100" w:type="dxa"/>
            </w:tcMar>
            <w:vAlign w:val="center"/>
          </w:tcPr>
          <w:p w14:paraId="6F778A17" w14:textId="77777777" w:rsidR="005D77D5" w:rsidRPr="00753C04" w:rsidRDefault="005D77D5">
            <w:pPr>
              <w:spacing w:after="40" w:line="240" w:lineRule="auto"/>
              <w:rPr>
                <w:rFonts w:ascii="Times New Roman" w:hAnsi="Times New Roman" w:cs="Times New Roman"/>
                <w:sz w:val="24"/>
                <w:szCs w:val="24"/>
              </w:rPr>
            </w:pPr>
          </w:p>
        </w:tc>
        <w:tc>
          <w:tcPr>
            <w:tcW w:w="3686" w:type="dxa"/>
            <w:shd w:val="clear" w:color="auto" w:fill="F5F8F5"/>
            <w:tcMar>
              <w:top w:w="90" w:type="dxa"/>
              <w:left w:w="100" w:type="dxa"/>
              <w:bottom w:w="90" w:type="dxa"/>
              <w:right w:w="100" w:type="dxa"/>
            </w:tcMar>
            <w:vAlign w:val="center"/>
          </w:tcPr>
          <w:p w14:paraId="57F97A8E" w14:textId="77777777" w:rsidR="005D77D5" w:rsidRPr="00753C04" w:rsidRDefault="005D77D5">
            <w:pPr>
              <w:spacing w:after="40" w:line="240" w:lineRule="auto"/>
              <w:rPr>
                <w:rFonts w:ascii="Times New Roman" w:hAnsi="Times New Roman" w:cs="Times New Roman"/>
                <w:sz w:val="24"/>
                <w:szCs w:val="24"/>
              </w:rPr>
            </w:pPr>
          </w:p>
        </w:tc>
      </w:tr>
      <w:tr w:rsidR="005D77D5" w:rsidRPr="00753C04" w14:paraId="3E18D0DB" w14:textId="77777777" w:rsidTr="00726597">
        <w:trPr>
          <w:cantSplit/>
        </w:trPr>
        <w:tc>
          <w:tcPr>
            <w:tcW w:w="3794" w:type="dxa"/>
            <w:tcMar>
              <w:top w:w="90" w:type="dxa"/>
              <w:left w:w="100" w:type="dxa"/>
              <w:bottom w:w="90" w:type="dxa"/>
              <w:right w:w="100" w:type="dxa"/>
            </w:tcMar>
            <w:vAlign w:val="center"/>
          </w:tcPr>
          <w:p w14:paraId="53B73C17" w14:textId="77777777" w:rsidR="005D77D5" w:rsidRPr="00753C04" w:rsidRDefault="005D77D5">
            <w:pPr>
              <w:spacing w:after="40" w:line="240" w:lineRule="auto"/>
              <w:rPr>
                <w:rFonts w:ascii="Times New Roman" w:hAnsi="Times New Roman" w:cs="Times New Roman"/>
                <w:sz w:val="24"/>
                <w:szCs w:val="24"/>
              </w:rPr>
            </w:pPr>
          </w:p>
        </w:tc>
        <w:tc>
          <w:tcPr>
            <w:tcW w:w="2126" w:type="dxa"/>
            <w:tcMar>
              <w:top w:w="90" w:type="dxa"/>
              <w:left w:w="100" w:type="dxa"/>
              <w:bottom w:w="90" w:type="dxa"/>
              <w:right w:w="100" w:type="dxa"/>
            </w:tcMar>
            <w:vAlign w:val="center"/>
          </w:tcPr>
          <w:p w14:paraId="37892409" w14:textId="77777777" w:rsidR="005D77D5" w:rsidRPr="00753C04" w:rsidRDefault="005D77D5">
            <w:pPr>
              <w:spacing w:after="40" w:line="240" w:lineRule="auto"/>
              <w:rPr>
                <w:rFonts w:ascii="Times New Roman" w:hAnsi="Times New Roman" w:cs="Times New Roman"/>
                <w:sz w:val="24"/>
                <w:szCs w:val="24"/>
              </w:rPr>
            </w:pPr>
          </w:p>
        </w:tc>
        <w:tc>
          <w:tcPr>
            <w:tcW w:w="3686" w:type="dxa"/>
            <w:tcMar>
              <w:top w:w="90" w:type="dxa"/>
              <w:left w:w="100" w:type="dxa"/>
              <w:bottom w:w="90" w:type="dxa"/>
              <w:right w:w="100" w:type="dxa"/>
            </w:tcMar>
            <w:vAlign w:val="center"/>
          </w:tcPr>
          <w:p w14:paraId="23383368" w14:textId="77777777" w:rsidR="005D77D5" w:rsidRPr="00753C04" w:rsidRDefault="005D77D5">
            <w:pPr>
              <w:spacing w:after="40" w:line="240" w:lineRule="auto"/>
              <w:rPr>
                <w:rFonts w:ascii="Times New Roman" w:hAnsi="Times New Roman" w:cs="Times New Roman"/>
                <w:sz w:val="24"/>
                <w:szCs w:val="24"/>
              </w:rPr>
            </w:pPr>
          </w:p>
        </w:tc>
      </w:tr>
      <w:tr w:rsidR="005D77D5" w:rsidRPr="00753C04" w14:paraId="5CA79D88" w14:textId="77777777" w:rsidTr="00726597">
        <w:trPr>
          <w:cantSplit/>
        </w:trPr>
        <w:tc>
          <w:tcPr>
            <w:tcW w:w="3794" w:type="dxa"/>
            <w:shd w:val="clear" w:color="auto" w:fill="F5F8F5"/>
            <w:tcMar>
              <w:top w:w="90" w:type="dxa"/>
              <w:left w:w="100" w:type="dxa"/>
              <w:bottom w:w="90" w:type="dxa"/>
              <w:right w:w="100" w:type="dxa"/>
            </w:tcMar>
            <w:vAlign w:val="center"/>
          </w:tcPr>
          <w:p w14:paraId="5911449D" w14:textId="77777777" w:rsidR="005D77D5" w:rsidRPr="00753C04" w:rsidRDefault="005D77D5">
            <w:pPr>
              <w:spacing w:after="40" w:line="240" w:lineRule="auto"/>
              <w:rPr>
                <w:rFonts w:ascii="Times New Roman" w:hAnsi="Times New Roman" w:cs="Times New Roman"/>
                <w:sz w:val="24"/>
                <w:szCs w:val="24"/>
              </w:rPr>
            </w:pPr>
          </w:p>
        </w:tc>
        <w:tc>
          <w:tcPr>
            <w:tcW w:w="2126" w:type="dxa"/>
            <w:shd w:val="clear" w:color="auto" w:fill="F5F8F5"/>
            <w:tcMar>
              <w:top w:w="90" w:type="dxa"/>
              <w:left w:w="100" w:type="dxa"/>
              <w:bottom w:w="90" w:type="dxa"/>
              <w:right w:w="100" w:type="dxa"/>
            </w:tcMar>
            <w:vAlign w:val="center"/>
          </w:tcPr>
          <w:p w14:paraId="068219D3" w14:textId="77777777" w:rsidR="005D77D5" w:rsidRPr="00753C04" w:rsidRDefault="005D77D5">
            <w:pPr>
              <w:spacing w:after="40" w:line="240" w:lineRule="auto"/>
              <w:rPr>
                <w:rFonts w:ascii="Times New Roman" w:hAnsi="Times New Roman" w:cs="Times New Roman"/>
                <w:sz w:val="24"/>
                <w:szCs w:val="24"/>
              </w:rPr>
            </w:pPr>
          </w:p>
        </w:tc>
        <w:tc>
          <w:tcPr>
            <w:tcW w:w="3686" w:type="dxa"/>
            <w:shd w:val="clear" w:color="auto" w:fill="F5F8F5"/>
            <w:tcMar>
              <w:top w:w="90" w:type="dxa"/>
              <w:left w:w="100" w:type="dxa"/>
              <w:bottom w:w="90" w:type="dxa"/>
              <w:right w:w="100" w:type="dxa"/>
            </w:tcMar>
            <w:vAlign w:val="center"/>
          </w:tcPr>
          <w:p w14:paraId="48255E83" w14:textId="77777777" w:rsidR="005D77D5" w:rsidRPr="00753C04" w:rsidRDefault="005D77D5">
            <w:pPr>
              <w:spacing w:after="40" w:line="240" w:lineRule="auto"/>
              <w:rPr>
                <w:rFonts w:ascii="Times New Roman" w:hAnsi="Times New Roman" w:cs="Times New Roman"/>
                <w:sz w:val="24"/>
                <w:szCs w:val="24"/>
              </w:rPr>
            </w:pPr>
          </w:p>
        </w:tc>
      </w:tr>
      <w:tr w:rsidR="007239B0" w:rsidRPr="00753C04" w14:paraId="13369C51" w14:textId="77777777" w:rsidTr="00726597">
        <w:trPr>
          <w:cantSplit/>
        </w:trPr>
        <w:tc>
          <w:tcPr>
            <w:tcW w:w="3794" w:type="dxa"/>
            <w:tcMar>
              <w:top w:w="90" w:type="dxa"/>
              <w:left w:w="100" w:type="dxa"/>
              <w:bottom w:w="90" w:type="dxa"/>
              <w:right w:w="100" w:type="dxa"/>
            </w:tcMar>
            <w:vAlign w:val="center"/>
          </w:tcPr>
          <w:p w14:paraId="2553515C" w14:textId="77777777" w:rsidR="007239B0" w:rsidRPr="00753C04" w:rsidRDefault="007239B0">
            <w:pPr>
              <w:spacing w:after="40" w:line="240" w:lineRule="auto"/>
              <w:rPr>
                <w:rFonts w:ascii="Times New Roman" w:hAnsi="Times New Roman" w:cs="Times New Roman"/>
                <w:sz w:val="24"/>
                <w:szCs w:val="24"/>
              </w:rPr>
            </w:pPr>
          </w:p>
        </w:tc>
        <w:tc>
          <w:tcPr>
            <w:tcW w:w="2126" w:type="dxa"/>
            <w:tcMar>
              <w:top w:w="90" w:type="dxa"/>
              <w:left w:w="100" w:type="dxa"/>
              <w:bottom w:w="90" w:type="dxa"/>
              <w:right w:w="100" w:type="dxa"/>
            </w:tcMar>
            <w:vAlign w:val="center"/>
          </w:tcPr>
          <w:p w14:paraId="0864FFEE" w14:textId="77777777" w:rsidR="007239B0" w:rsidRPr="00753C04" w:rsidRDefault="007239B0">
            <w:pPr>
              <w:spacing w:after="40" w:line="240" w:lineRule="auto"/>
              <w:rPr>
                <w:rFonts w:ascii="Times New Roman" w:hAnsi="Times New Roman" w:cs="Times New Roman"/>
                <w:sz w:val="24"/>
                <w:szCs w:val="24"/>
              </w:rPr>
            </w:pPr>
          </w:p>
        </w:tc>
        <w:tc>
          <w:tcPr>
            <w:tcW w:w="3686" w:type="dxa"/>
            <w:tcMar>
              <w:top w:w="90" w:type="dxa"/>
              <w:left w:w="100" w:type="dxa"/>
              <w:bottom w:w="90" w:type="dxa"/>
              <w:right w:w="100" w:type="dxa"/>
            </w:tcMar>
            <w:vAlign w:val="center"/>
          </w:tcPr>
          <w:p w14:paraId="25BB0835" w14:textId="77777777" w:rsidR="007239B0" w:rsidRPr="00753C04" w:rsidRDefault="007239B0">
            <w:pPr>
              <w:spacing w:after="40" w:line="240" w:lineRule="auto"/>
              <w:rPr>
                <w:rFonts w:ascii="Times New Roman" w:hAnsi="Times New Roman" w:cs="Times New Roman"/>
                <w:sz w:val="24"/>
                <w:szCs w:val="24"/>
              </w:rPr>
            </w:pPr>
          </w:p>
        </w:tc>
      </w:tr>
    </w:tbl>
    <w:p w14:paraId="311798B5" w14:textId="77777777" w:rsidR="006F72B9" w:rsidRPr="00753C04" w:rsidRDefault="006F72B9">
      <w:pPr>
        <w:spacing w:after="0" w:line="20" w:lineRule="exact"/>
        <w:rPr>
          <w:rFonts w:ascii="Times New Roman" w:hAnsi="Times New Roman" w:cs="Times New Roman"/>
          <w:sz w:val="24"/>
          <w:szCs w:val="24"/>
        </w:rPr>
      </w:pPr>
    </w:p>
    <w:p w14:paraId="714A23F4" w14:textId="77777777" w:rsidR="006F72B9" w:rsidRPr="00753C04" w:rsidRDefault="00615F4E">
      <w:pPr>
        <w:pStyle w:val="Titre1"/>
        <w:rPr>
          <w:rFonts w:ascii="Times New Roman" w:hAnsi="Times New Roman" w:cs="Times New Roman"/>
          <w:szCs w:val="24"/>
        </w:rPr>
      </w:pPr>
      <w:r w:rsidRPr="00753C04">
        <w:rPr>
          <w:rFonts w:ascii="Times New Roman" w:eastAsia="Times New Roman" w:hAnsi="Times New Roman" w:cs="Times New Roman"/>
          <w:sz w:val="28"/>
          <w:szCs w:val="24"/>
        </w:rPr>
        <w:lastRenderedPageBreak/>
        <w:t>13. RÉSUMÉ BUDGÉTAIRE</w:t>
      </w:r>
    </w:p>
    <w:tbl>
      <w:tblPr>
        <w:tblStyle w:val="Grilledutableau"/>
        <w:tblW w:w="0" w:type="auto"/>
        <w:jc w:val="center"/>
        <w:tblLayout w:type="fixed"/>
        <w:tblLook w:val="04A0" w:firstRow="1" w:lastRow="0" w:firstColumn="1" w:lastColumn="0" w:noHBand="0" w:noVBand="1"/>
      </w:tblPr>
      <w:tblGrid>
        <w:gridCol w:w="3360"/>
        <w:gridCol w:w="3360"/>
        <w:gridCol w:w="3360"/>
      </w:tblGrid>
      <w:tr w:rsidR="006F72B9" w:rsidRPr="00753C04" w14:paraId="0081D6A3" w14:textId="77777777">
        <w:trPr>
          <w:cantSplit/>
          <w:tblHeader/>
          <w:jc w:val="center"/>
        </w:trPr>
        <w:tc>
          <w:tcPr>
            <w:tcW w:w="3360" w:type="dxa"/>
            <w:shd w:val="clear" w:color="auto" w:fill="315B46"/>
            <w:tcMar>
              <w:top w:w="90" w:type="dxa"/>
              <w:left w:w="100" w:type="dxa"/>
              <w:bottom w:w="90" w:type="dxa"/>
              <w:right w:w="100" w:type="dxa"/>
            </w:tcMar>
            <w:vAlign w:val="center"/>
          </w:tcPr>
          <w:p w14:paraId="44523D6E"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Source de financement</w:t>
            </w:r>
          </w:p>
        </w:tc>
        <w:tc>
          <w:tcPr>
            <w:tcW w:w="3360" w:type="dxa"/>
            <w:shd w:val="clear" w:color="auto" w:fill="315B46"/>
            <w:tcMar>
              <w:top w:w="90" w:type="dxa"/>
              <w:left w:w="100" w:type="dxa"/>
              <w:bottom w:w="90" w:type="dxa"/>
              <w:right w:w="100" w:type="dxa"/>
            </w:tcMar>
            <w:vAlign w:val="center"/>
          </w:tcPr>
          <w:p w14:paraId="220B6D1E"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Montant (FCFA)</w:t>
            </w:r>
          </w:p>
        </w:tc>
        <w:tc>
          <w:tcPr>
            <w:tcW w:w="3360" w:type="dxa"/>
            <w:shd w:val="clear" w:color="auto" w:fill="315B46"/>
            <w:tcMar>
              <w:top w:w="90" w:type="dxa"/>
              <w:left w:w="100" w:type="dxa"/>
              <w:bottom w:w="90" w:type="dxa"/>
              <w:right w:w="100" w:type="dxa"/>
            </w:tcMar>
            <w:vAlign w:val="center"/>
          </w:tcPr>
          <w:p w14:paraId="2B65EEAB" w14:textId="77777777" w:rsidR="006F72B9" w:rsidRPr="00753C04" w:rsidRDefault="00615F4E">
            <w:pPr>
              <w:spacing w:after="40" w:line="240" w:lineRule="auto"/>
              <w:jc w:val="center"/>
              <w:rPr>
                <w:rFonts w:ascii="Times New Roman" w:hAnsi="Times New Roman" w:cs="Times New Roman"/>
                <w:sz w:val="24"/>
                <w:szCs w:val="24"/>
              </w:rPr>
            </w:pPr>
            <w:r w:rsidRPr="00753C04">
              <w:rPr>
                <w:rFonts w:eastAsia="Arial" w:cs="Times New Roman"/>
                <w:b/>
                <w:color w:val="FFFFFF"/>
                <w:sz w:val="20"/>
                <w:szCs w:val="24"/>
              </w:rPr>
              <w:t>Pourcentage du coût total</w:t>
            </w:r>
          </w:p>
        </w:tc>
      </w:tr>
      <w:tr w:rsidR="006F72B9" w:rsidRPr="00753C04" w14:paraId="1D1211ED" w14:textId="77777777">
        <w:trPr>
          <w:cantSplit/>
          <w:jc w:val="center"/>
        </w:trPr>
        <w:tc>
          <w:tcPr>
            <w:tcW w:w="3360" w:type="dxa"/>
            <w:tcMar>
              <w:top w:w="90" w:type="dxa"/>
              <w:left w:w="100" w:type="dxa"/>
              <w:bottom w:w="90" w:type="dxa"/>
              <w:right w:w="100" w:type="dxa"/>
            </w:tcMar>
            <w:vAlign w:val="center"/>
          </w:tcPr>
          <w:p w14:paraId="1013EDC1" w14:textId="77777777" w:rsidR="006F72B9" w:rsidRPr="00753C04" w:rsidRDefault="00615F4E">
            <w:pPr>
              <w:spacing w:after="40" w:line="240" w:lineRule="auto"/>
              <w:rPr>
                <w:rFonts w:ascii="Times New Roman" w:hAnsi="Times New Roman" w:cs="Times New Roman"/>
                <w:sz w:val="24"/>
                <w:szCs w:val="24"/>
              </w:rPr>
            </w:pPr>
            <w:r w:rsidRPr="00753C04">
              <w:rPr>
                <w:rFonts w:eastAsia="Arial" w:cs="Times New Roman"/>
                <w:sz w:val="20"/>
                <w:szCs w:val="24"/>
              </w:rPr>
              <w:t>Subvention sollicitée auprès de WEP/GAGGA</w:t>
            </w:r>
          </w:p>
        </w:tc>
        <w:tc>
          <w:tcPr>
            <w:tcW w:w="3360" w:type="dxa"/>
            <w:tcMar>
              <w:top w:w="90" w:type="dxa"/>
              <w:left w:w="100" w:type="dxa"/>
              <w:bottom w:w="90" w:type="dxa"/>
              <w:right w:w="100" w:type="dxa"/>
            </w:tcMar>
            <w:vAlign w:val="center"/>
          </w:tcPr>
          <w:p w14:paraId="073DC8F0" w14:textId="77777777" w:rsidR="006F72B9" w:rsidRDefault="006F72B9">
            <w:pPr>
              <w:spacing w:after="40" w:line="240" w:lineRule="auto"/>
              <w:rPr>
                <w:rFonts w:ascii="Times New Roman" w:hAnsi="Times New Roman" w:cs="Times New Roman"/>
                <w:sz w:val="24"/>
                <w:szCs w:val="24"/>
              </w:rPr>
            </w:pPr>
          </w:p>
          <w:p w14:paraId="3AC6C395" w14:textId="77777777" w:rsidR="00357A47" w:rsidRPr="00357A47" w:rsidRDefault="00357A47" w:rsidP="00357A47">
            <w:pPr>
              <w:rPr>
                <w:rFonts w:ascii="Times New Roman" w:hAnsi="Times New Roman" w:cs="Times New Roman"/>
                <w:sz w:val="24"/>
                <w:szCs w:val="24"/>
              </w:rPr>
            </w:pPr>
          </w:p>
          <w:p w14:paraId="119EE4E8" w14:textId="77777777" w:rsidR="00357A47" w:rsidRPr="00357A47" w:rsidRDefault="00357A47" w:rsidP="00357A47">
            <w:pPr>
              <w:rPr>
                <w:rFonts w:ascii="Times New Roman" w:hAnsi="Times New Roman" w:cs="Times New Roman"/>
                <w:sz w:val="24"/>
                <w:szCs w:val="24"/>
              </w:rPr>
            </w:pPr>
          </w:p>
          <w:p w14:paraId="6794C3FA" w14:textId="77777777" w:rsidR="00357A47" w:rsidRPr="00357A47" w:rsidRDefault="00357A47" w:rsidP="00357A47">
            <w:pPr>
              <w:rPr>
                <w:rFonts w:ascii="Times New Roman" w:hAnsi="Times New Roman" w:cs="Times New Roman"/>
                <w:sz w:val="24"/>
                <w:szCs w:val="24"/>
              </w:rPr>
            </w:pPr>
          </w:p>
        </w:tc>
        <w:tc>
          <w:tcPr>
            <w:tcW w:w="3360" w:type="dxa"/>
            <w:tcMar>
              <w:top w:w="90" w:type="dxa"/>
              <w:left w:w="100" w:type="dxa"/>
              <w:bottom w:w="90" w:type="dxa"/>
              <w:right w:w="100" w:type="dxa"/>
            </w:tcMar>
            <w:vAlign w:val="center"/>
          </w:tcPr>
          <w:p w14:paraId="512F425F" w14:textId="77777777" w:rsidR="006F72B9" w:rsidRPr="00753C04" w:rsidRDefault="006F72B9">
            <w:pPr>
              <w:spacing w:after="40" w:line="240" w:lineRule="auto"/>
              <w:rPr>
                <w:rFonts w:ascii="Times New Roman" w:hAnsi="Times New Roman" w:cs="Times New Roman"/>
                <w:sz w:val="24"/>
                <w:szCs w:val="24"/>
              </w:rPr>
            </w:pPr>
          </w:p>
        </w:tc>
      </w:tr>
      <w:tr w:rsidR="006F72B9" w:rsidRPr="00753C04" w14:paraId="541988EC" w14:textId="77777777">
        <w:trPr>
          <w:cantSplit/>
          <w:jc w:val="center"/>
        </w:trPr>
        <w:tc>
          <w:tcPr>
            <w:tcW w:w="3360" w:type="dxa"/>
            <w:shd w:val="clear" w:color="auto" w:fill="F5F8F5"/>
            <w:tcMar>
              <w:top w:w="90" w:type="dxa"/>
              <w:left w:w="100" w:type="dxa"/>
              <w:bottom w:w="90" w:type="dxa"/>
              <w:right w:w="100" w:type="dxa"/>
            </w:tcMar>
            <w:vAlign w:val="center"/>
          </w:tcPr>
          <w:p w14:paraId="59467BA6" w14:textId="77777777" w:rsidR="006F72B9" w:rsidRPr="00753C04" w:rsidRDefault="00615F4E">
            <w:pPr>
              <w:spacing w:after="40" w:line="240" w:lineRule="auto"/>
              <w:rPr>
                <w:rFonts w:ascii="Times New Roman" w:hAnsi="Times New Roman" w:cs="Times New Roman"/>
                <w:sz w:val="24"/>
                <w:szCs w:val="24"/>
              </w:rPr>
            </w:pPr>
            <w:r w:rsidRPr="00753C04">
              <w:rPr>
                <w:rFonts w:eastAsia="Arial" w:cs="Times New Roman"/>
                <w:sz w:val="20"/>
                <w:szCs w:val="24"/>
              </w:rPr>
              <w:t>Contribution propre en espèces (minimum 10 %)</w:t>
            </w:r>
          </w:p>
        </w:tc>
        <w:tc>
          <w:tcPr>
            <w:tcW w:w="3360" w:type="dxa"/>
            <w:shd w:val="clear" w:color="auto" w:fill="F5F8F5"/>
            <w:tcMar>
              <w:top w:w="90" w:type="dxa"/>
              <w:left w:w="100" w:type="dxa"/>
              <w:bottom w:w="90" w:type="dxa"/>
              <w:right w:w="100" w:type="dxa"/>
            </w:tcMar>
            <w:vAlign w:val="center"/>
          </w:tcPr>
          <w:p w14:paraId="2334F935" w14:textId="77777777" w:rsidR="006F72B9" w:rsidRDefault="006F72B9">
            <w:pPr>
              <w:spacing w:after="40" w:line="240" w:lineRule="auto"/>
              <w:rPr>
                <w:rFonts w:ascii="Times New Roman" w:hAnsi="Times New Roman" w:cs="Times New Roman"/>
                <w:sz w:val="24"/>
                <w:szCs w:val="24"/>
              </w:rPr>
            </w:pPr>
          </w:p>
          <w:p w14:paraId="0A921F6B" w14:textId="77777777" w:rsidR="00357A47" w:rsidRDefault="00357A47" w:rsidP="00357A47">
            <w:pPr>
              <w:rPr>
                <w:rFonts w:ascii="Times New Roman" w:hAnsi="Times New Roman" w:cs="Times New Roman"/>
                <w:sz w:val="24"/>
                <w:szCs w:val="24"/>
              </w:rPr>
            </w:pPr>
          </w:p>
          <w:p w14:paraId="0002853F" w14:textId="77777777" w:rsidR="00357A47" w:rsidRPr="00357A47" w:rsidRDefault="00357A47" w:rsidP="00357A47">
            <w:pPr>
              <w:rPr>
                <w:rFonts w:ascii="Times New Roman" w:hAnsi="Times New Roman" w:cs="Times New Roman"/>
                <w:sz w:val="24"/>
                <w:szCs w:val="24"/>
              </w:rPr>
            </w:pPr>
          </w:p>
        </w:tc>
        <w:tc>
          <w:tcPr>
            <w:tcW w:w="3360" w:type="dxa"/>
            <w:shd w:val="clear" w:color="auto" w:fill="F5F8F5"/>
            <w:tcMar>
              <w:top w:w="90" w:type="dxa"/>
              <w:left w:w="100" w:type="dxa"/>
              <w:bottom w:w="90" w:type="dxa"/>
              <w:right w:w="100" w:type="dxa"/>
            </w:tcMar>
            <w:vAlign w:val="center"/>
          </w:tcPr>
          <w:p w14:paraId="7BBE719D" w14:textId="77777777" w:rsidR="006F72B9" w:rsidRPr="00753C04" w:rsidRDefault="006F72B9">
            <w:pPr>
              <w:spacing w:after="40" w:line="240" w:lineRule="auto"/>
              <w:rPr>
                <w:rFonts w:ascii="Times New Roman" w:hAnsi="Times New Roman" w:cs="Times New Roman"/>
                <w:sz w:val="24"/>
                <w:szCs w:val="24"/>
              </w:rPr>
            </w:pPr>
          </w:p>
        </w:tc>
      </w:tr>
      <w:tr w:rsidR="006F72B9" w:rsidRPr="00753C04" w14:paraId="6E8E1C7E" w14:textId="77777777">
        <w:trPr>
          <w:cantSplit/>
          <w:jc w:val="center"/>
        </w:trPr>
        <w:tc>
          <w:tcPr>
            <w:tcW w:w="3360" w:type="dxa"/>
            <w:tcMar>
              <w:top w:w="90" w:type="dxa"/>
              <w:left w:w="100" w:type="dxa"/>
              <w:bottom w:w="90" w:type="dxa"/>
              <w:right w:w="100" w:type="dxa"/>
            </w:tcMar>
            <w:vAlign w:val="center"/>
          </w:tcPr>
          <w:p w14:paraId="72A6BB4B" w14:textId="77777777" w:rsidR="006F72B9" w:rsidRPr="00753C04" w:rsidRDefault="00615F4E">
            <w:pPr>
              <w:spacing w:after="40" w:line="240" w:lineRule="auto"/>
              <w:rPr>
                <w:rFonts w:ascii="Times New Roman" w:hAnsi="Times New Roman" w:cs="Times New Roman"/>
                <w:sz w:val="24"/>
                <w:szCs w:val="24"/>
              </w:rPr>
            </w:pPr>
            <w:r>
              <w:rPr>
                <w:rFonts w:eastAsia="Arial"/>
                <w:sz w:val="20"/>
              </w:rPr>
              <w:t>Coût total du microprojet</w:t>
            </w:r>
          </w:p>
        </w:tc>
        <w:tc>
          <w:tcPr>
            <w:tcW w:w="3360" w:type="dxa"/>
            <w:tcMar>
              <w:top w:w="90" w:type="dxa"/>
              <w:left w:w="100" w:type="dxa"/>
              <w:bottom w:w="90" w:type="dxa"/>
              <w:right w:w="100" w:type="dxa"/>
            </w:tcMar>
            <w:vAlign w:val="center"/>
          </w:tcPr>
          <w:p w14:paraId="016C2C3A" w14:textId="77777777" w:rsidR="006F72B9" w:rsidRPr="00753C04" w:rsidRDefault="006F72B9">
            <w:pPr>
              <w:spacing w:after="40" w:line="240" w:lineRule="auto"/>
              <w:rPr>
                <w:rFonts w:ascii="Times New Roman" w:hAnsi="Times New Roman" w:cs="Times New Roman"/>
                <w:sz w:val="24"/>
                <w:szCs w:val="24"/>
              </w:rPr>
            </w:pPr>
          </w:p>
        </w:tc>
        <w:tc>
          <w:tcPr>
            <w:tcW w:w="3360" w:type="dxa"/>
            <w:tcMar>
              <w:top w:w="90" w:type="dxa"/>
              <w:left w:w="100" w:type="dxa"/>
              <w:bottom w:w="90" w:type="dxa"/>
              <w:right w:w="100" w:type="dxa"/>
            </w:tcMar>
            <w:vAlign w:val="center"/>
          </w:tcPr>
          <w:p w14:paraId="2DE969D7" w14:textId="77777777" w:rsidR="006F72B9" w:rsidRPr="00753C04" w:rsidRDefault="006F72B9">
            <w:pPr>
              <w:spacing w:after="40" w:line="240" w:lineRule="auto"/>
              <w:rPr>
                <w:rFonts w:ascii="Times New Roman" w:hAnsi="Times New Roman" w:cs="Times New Roman"/>
                <w:sz w:val="24"/>
                <w:szCs w:val="24"/>
              </w:rPr>
            </w:pPr>
          </w:p>
        </w:tc>
      </w:tr>
    </w:tbl>
    <w:p w14:paraId="5CE80CBD" w14:textId="77777777" w:rsidR="003D317D" w:rsidRDefault="003D317D">
      <w:pPr>
        <w:spacing w:after="0" w:line="20" w:lineRule="exact"/>
        <w:rPr>
          <w:rFonts w:ascii="Times New Roman" w:hAnsi="Times New Roman" w:cs="Times New Roman"/>
          <w:sz w:val="24"/>
          <w:szCs w:val="24"/>
        </w:rPr>
      </w:pPr>
    </w:p>
    <w:p w14:paraId="4D3D93BD" w14:textId="77777777" w:rsidR="009F6179" w:rsidRPr="00753C04" w:rsidRDefault="009F6179" w:rsidP="009F6179">
      <w:pPr>
        <w:pStyle w:val="Titre1"/>
        <w:spacing w:before="240"/>
        <w:rPr>
          <w:rFonts w:ascii="Times New Roman" w:hAnsi="Times New Roman" w:cs="Times New Roman"/>
          <w:szCs w:val="24"/>
        </w:rPr>
      </w:pPr>
      <w:r w:rsidRPr="00753C04">
        <w:rPr>
          <w:rFonts w:ascii="Times New Roman" w:eastAsia="Times New Roman" w:hAnsi="Times New Roman" w:cs="Times New Roman"/>
          <w:sz w:val="28"/>
          <w:szCs w:val="24"/>
        </w:rPr>
        <w:t>DÉCLARATION DE L’ORGANISATION PORTEUSE</w:t>
      </w:r>
    </w:p>
    <w:p w14:paraId="4E5994C6" w14:textId="77777777" w:rsidR="008F4DBA" w:rsidRPr="00753C04" w:rsidRDefault="008F4DBA">
      <w:pPr>
        <w:keepNext/>
        <w:spacing w:after="0" w:line="20" w:lineRule="exact"/>
        <w:rPr>
          <w:rFonts w:ascii="Times New Roman" w:hAnsi="Times New Roman" w:cs="Times New Roman"/>
          <w:b/>
          <w:color w:val="1F4E3D"/>
          <w:sz w:val="24"/>
          <w:szCs w:val="24"/>
        </w:rPr>
      </w:pPr>
    </w:p>
    <w:p w14:paraId="5DAD44F9" w14:textId="77777777" w:rsidR="009F6179" w:rsidRPr="00753C04" w:rsidRDefault="009F6179" w:rsidP="009F6179">
      <w:pPr>
        <w:spacing w:after="4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Je soussigné(e), ................................................................................................................,</w:t>
      </w:r>
    </w:p>
    <w:p w14:paraId="5B3BE484" w14:textId="77777777" w:rsidR="009F6179" w:rsidRPr="00753C04" w:rsidRDefault="00C91849" w:rsidP="009F6179">
      <w:pPr>
        <w:spacing w:after="4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Agissant</w:t>
      </w:r>
      <w:r w:rsidR="009F6179" w:rsidRPr="00753C04">
        <w:rPr>
          <w:rFonts w:ascii="Times New Roman" w:eastAsia="Times New Roman" w:hAnsi="Times New Roman" w:cs="Times New Roman"/>
          <w:sz w:val="24"/>
          <w:szCs w:val="24"/>
        </w:rPr>
        <w:t xml:space="preserve"> en qualité de ........................................................................................................,</w:t>
      </w:r>
    </w:p>
    <w:p w14:paraId="23BA708D" w14:textId="77777777" w:rsidR="009F6179" w:rsidRPr="00753C04" w:rsidRDefault="00C91849" w:rsidP="009F6179">
      <w:pPr>
        <w:spacing w:after="4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Et</w:t>
      </w:r>
      <w:r w:rsidR="009F6179" w:rsidRPr="00753C04">
        <w:rPr>
          <w:rFonts w:ascii="Times New Roman" w:eastAsia="Times New Roman" w:hAnsi="Times New Roman" w:cs="Times New Roman"/>
          <w:sz w:val="24"/>
          <w:szCs w:val="24"/>
        </w:rPr>
        <w:t xml:space="preserve"> représentant l’organisation ........................................................................................,</w:t>
      </w:r>
    </w:p>
    <w:p w14:paraId="427C8779" w14:textId="77777777" w:rsidR="009F6179" w:rsidRPr="00753C04" w:rsidRDefault="00C91849" w:rsidP="009F6179">
      <w:pPr>
        <w:spacing w:after="40"/>
        <w:rPr>
          <w:rFonts w:ascii="Times New Roman" w:hAnsi="Times New Roman" w:cs="Times New Roman"/>
          <w:sz w:val="24"/>
          <w:szCs w:val="24"/>
        </w:rPr>
      </w:pPr>
      <w:r w:rsidRPr="00753C04">
        <w:rPr>
          <w:rFonts w:ascii="Times New Roman" w:eastAsia="Times New Roman" w:hAnsi="Times New Roman" w:cs="Times New Roman"/>
          <w:sz w:val="24"/>
          <w:szCs w:val="24"/>
        </w:rPr>
        <w:t>Certifie</w:t>
      </w:r>
      <w:r w:rsidR="009F6179" w:rsidRPr="00753C04">
        <w:rPr>
          <w:rFonts w:ascii="Times New Roman" w:eastAsia="Times New Roman" w:hAnsi="Times New Roman" w:cs="Times New Roman"/>
          <w:sz w:val="24"/>
          <w:szCs w:val="24"/>
        </w:rPr>
        <w:t xml:space="preserve"> sur l’honneur l’exactitude et la sincérité des informations fournies dans le présent formulaire. Je déclare avoir pris connaissance des conditions de l’appel et m’engage à les respecter, notamment en matière de mise en œuvre, de gestion transparente, de suivi, d’évaluation et de rapportage.</w:t>
      </w:r>
    </w:p>
    <w:p w14:paraId="3E65F3EA" w14:textId="77777777" w:rsidR="009F6179" w:rsidRPr="00753C04" w:rsidRDefault="009F6179" w:rsidP="009F6179">
      <w:pPr>
        <w:spacing w:after="40"/>
        <w:rPr>
          <w:rFonts w:ascii="Times New Roman" w:hAnsi="Times New Roman" w:cs="Times New Roman"/>
          <w:sz w:val="24"/>
          <w:szCs w:val="24"/>
        </w:rPr>
      </w:pPr>
      <w:r w:rsidRPr="00753C04">
        <w:rPr>
          <w:rFonts w:ascii="Times New Roman" w:eastAsia="Times New Roman" w:hAnsi="Times New Roman" w:cs="Times New Roman"/>
          <w:sz w:val="24"/>
          <w:szCs w:val="24"/>
        </w:rPr>
        <w:t>Je certifie également que :</w:t>
      </w:r>
    </w:p>
    <w:p w14:paraId="684B325F" w14:textId="77777777" w:rsidR="009F6179" w:rsidRPr="00753C04" w:rsidRDefault="009F6179" w:rsidP="009F6179">
      <w:pPr>
        <w:pStyle w:val="Listepuces"/>
        <w:spacing w:after="5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L’organisation ne bénéficie pas d’un autre financement pour les mêmes activités proposées ;</w:t>
      </w:r>
    </w:p>
    <w:p w14:paraId="27D8429A" w14:textId="77777777" w:rsidR="009F6179" w:rsidRPr="00753C04" w:rsidRDefault="009F6179" w:rsidP="009F6179">
      <w:pPr>
        <w:pStyle w:val="Listepuces"/>
        <w:spacing w:after="5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Aucun conflit d’intérêts n’existe entre l’organisation et les membres du comité de sélection ou le personnel de WEP Burkina Faso ;</w:t>
      </w:r>
    </w:p>
    <w:p w14:paraId="2E7FCA7D" w14:textId="77777777" w:rsidR="009F6179" w:rsidRPr="00753C04" w:rsidRDefault="009F6179" w:rsidP="009F6179">
      <w:pPr>
        <w:pStyle w:val="Listepuces"/>
        <w:spacing w:after="5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L’organisation respectera les principes de protection, de sauvegarde et de prévention des préjudices envers les bénéficiaires ;</w:t>
      </w:r>
    </w:p>
    <w:p w14:paraId="7787EE41" w14:textId="77777777" w:rsidR="009F6179" w:rsidRPr="00753C04" w:rsidRDefault="009F6179" w:rsidP="009F6179">
      <w:pPr>
        <w:pStyle w:val="Listepuces"/>
        <w:spacing w:after="50" w:line="240" w:lineRule="auto"/>
        <w:rPr>
          <w:rFonts w:ascii="Times New Roman" w:hAnsi="Times New Roman" w:cs="Times New Roman"/>
          <w:sz w:val="24"/>
          <w:szCs w:val="24"/>
        </w:rPr>
      </w:pPr>
      <w:r w:rsidRPr="00753C04">
        <w:rPr>
          <w:rFonts w:ascii="Times New Roman" w:eastAsia="Times New Roman" w:hAnsi="Times New Roman" w:cs="Times New Roman"/>
          <w:sz w:val="24"/>
          <w:szCs w:val="24"/>
        </w:rPr>
        <w:t>Les ressources seront utilisées conformément aux objectifs et activités approuvés.</w:t>
      </w:r>
    </w:p>
    <w:p w14:paraId="4787CFB4" w14:textId="77777777" w:rsidR="00357A47" w:rsidRDefault="00357A47" w:rsidP="009F6179">
      <w:pPr>
        <w:spacing w:after="20" w:line="240" w:lineRule="auto"/>
        <w:rPr>
          <w:rFonts w:ascii="Times New Roman" w:eastAsia="Times New Roman" w:hAnsi="Times New Roman" w:cs="Times New Roman"/>
          <w:b/>
          <w:sz w:val="24"/>
          <w:szCs w:val="24"/>
        </w:rPr>
      </w:pPr>
    </w:p>
    <w:p w14:paraId="3EE9A767" w14:textId="77777777" w:rsidR="00357A47" w:rsidRDefault="00357A47" w:rsidP="009F6179">
      <w:pPr>
        <w:spacing w:after="20" w:line="240" w:lineRule="auto"/>
        <w:rPr>
          <w:rFonts w:ascii="Times New Roman" w:eastAsia="Times New Roman" w:hAnsi="Times New Roman" w:cs="Times New Roman"/>
          <w:b/>
          <w:sz w:val="24"/>
          <w:szCs w:val="24"/>
        </w:rPr>
      </w:pPr>
    </w:p>
    <w:p w14:paraId="34CC3371" w14:textId="4037FCCA" w:rsidR="009F6179" w:rsidRPr="00753C04" w:rsidRDefault="009F6179" w:rsidP="009F6179">
      <w:pPr>
        <w:spacing w:after="20" w:line="240" w:lineRule="auto"/>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Fait à : </w:t>
      </w:r>
      <w:r w:rsidRPr="00753C04">
        <w:rPr>
          <w:rFonts w:ascii="Times New Roman" w:eastAsia="Times New Roman" w:hAnsi="Times New Roman" w:cs="Times New Roman"/>
          <w:sz w:val="24"/>
          <w:szCs w:val="24"/>
        </w:rPr>
        <w:t>........................................................................................................................</w:t>
      </w:r>
    </w:p>
    <w:p w14:paraId="18DE4B66" w14:textId="77777777" w:rsidR="009F6179" w:rsidRPr="00753C04" w:rsidRDefault="009F6179" w:rsidP="009F6179">
      <w:pPr>
        <w:spacing w:after="20" w:line="240" w:lineRule="auto"/>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Date : </w:t>
      </w:r>
      <w:r w:rsidRPr="00753C04">
        <w:rPr>
          <w:rFonts w:ascii="Times New Roman" w:eastAsia="Times New Roman" w:hAnsi="Times New Roman" w:cs="Times New Roman"/>
          <w:sz w:val="24"/>
          <w:szCs w:val="24"/>
        </w:rPr>
        <w:t>........................................................................................................................</w:t>
      </w:r>
    </w:p>
    <w:p w14:paraId="22FF3743" w14:textId="77777777" w:rsidR="009F6179" w:rsidRPr="00753C04" w:rsidRDefault="009F6179" w:rsidP="009F6179">
      <w:pPr>
        <w:spacing w:after="20" w:line="240" w:lineRule="auto"/>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Nom et prénom du/de la représentant(e) légal(e) : </w:t>
      </w:r>
      <w:r w:rsidRPr="00753C04">
        <w:rPr>
          <w:rFonts w:ascii="Times New Roman" w:eastAsia="Times New Roman" w:hAnsi="Times New Roman" w:cs="Times New Roman"/>
          <w:sz w:val="24"/>
          <w:szCs w:val="24"/>
        </w:rPr>
        <w:t>........................................................................................................................</w:t>
      </w:r>
    </w:p>
    <w:p w14:paraId="33F7C973" w14:textId="77777777" w:rsidR="009F6179" w:rsidRPr="00753C04" w:rsidRDefault="009F6179" w:rsidP="009F6179">
      <w:pPr>
        <w:spacing w:after="20" w:line="240" w:lineRule="auto"/>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Fonction : </w:t>
      </w:r>
      <w:r w:rsidRPr="00753C04">
        <w:rPr>
          <w:rFonts w:ascii="Times New Roman" w:eastAsia="Times New Roman" w:hAnsi="Times New Roman" w:cs="Times New Roman"/>
          <w:sz w:val="24"/>
          <w:szCs w:val="24"/>
        </w:rPr>
        <w:t>........................................................................................................................</w:t>
      </w:r>
    </w:p>
    <w:p w14:paraId="43F81EE3" w14:textId="77777777" w:rsidR="009F6179" w:rsidRPr="00753C04" w:rsidRDefault="009F6179" w:rsidP="009F6179">
      <w:pPr>
        <w:spacing w:after="20" w:line="240" w:lineRule="auto"/>
        <w:rPr>
          <w:rFonts w:ascii="Times New Roman" w:hAnsi="Times New Roman" w:cs="Times New Roman"/>
          <w:sz w:val="24"/>
          <w:szCs w:val="24"/>
        </w:rPr>
      </w:pPr>
      <w:r w:rsidRPr="00753C04">
        <w:rPr>
          <w:rFonts w:ascii="Times New Roman" w:eastAsia="Times New Roman" w:hAnsi="Times New Roman" w:cs="Times New Roman"/>
          <w:b/>
          <w:sz w:val="24"/>
          <w:szCs w:val="24"/>
        </w:rPr>
        <w:t xml:space="preserve">Signature et cachet : </w:t>
      </w:r>
      <w:r w:rsidRPr="00753C04">
        <w:rPr>
          <w:rFonts w:ascii="Times New Roman" w:eastAsia="Times New Roman" w:hAnsi="Times New Roman" w:cs="Times New Roman"/>
          <w:sz w:val="24"/>
          <w:szCs w:val="24"/>
        </w:rPr>
        <w:t>........................................................................................................................</w:t>
      </w:r>
    </w:p>
    <w:sectPr w:rsidR="009F6179" w:rsidRPr="00753C04" w:rsidSect="008C4242">
      <w:headerReference w:type="default" r:id="rId8"/>
      <w:footerReference w:type="default" r:id="rId9"/>
      <w:pgSz w:w="12240" w:h="15840"/>
      <w:pgMar w:top="964" w:right="1077" w:bottom="964" w:left="107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B9BAA" w14:textId="77777777" w:rsidR="008C4242" w:rsidRDefault="008C4242" w:rsidP="00667E0E">
      <w:pPr>
        <w:spacing w:after="0" w:line="240" w:lineRule="auto"/>
      </w:pPr>
      <w:r>
        <w:separator/>
      </w:r>
    </w:p>
  </w:endnote>
  <w:endnote w:type="continuationSeparator" w:id="0">
    <w:p w14:paraId="1DB91EE4" w14:textId="77777777" w:rsidR="008C4242" w:rsidRDefault="008C4242" w:rsidP="00667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20"/>
      </w:rPr>
      <w:id w:val="-906917678"/>
      <w:docPartObj>
        <w:docPartGallery w:val="Page Numbers (Bottom of Page)"/>
        <w:docPartUnique/>
      </w:docPartObj>
    </w:sdtPr>
    <w:sdtContent>
      <w:p w14:paraId="63B56F34" w14:textId="42959BCB" w:rsidR="00357A47" w:rsidRPr="00357A47" w:rsidRDefault="00357A47">
        <w:pPr>
          <w:pStyle w:val="Pieddepage"/>
          <w:jc w:val="center"/>
          <w:rPr>
            <w:sz w:val="18"/>
            <w:szCs w:val="20"/>
          </w:rPr>
        </w:pPr>
        <w:r w:rsidRPr="00357A47">
          <w:rPr>
            <w:sz w:val="18"/>
            <w:szCs w:val="20"/>
          </w:rPr>
          <w:fldChar w:fldCharType="begin"/>
        </w:r>
        <w:r w:rsidRPr="00357A47">
          <w:rPr>
            <w:sz w:val="18"/>
            <w:szCs w:val="20"/>
          </w:rPr>
          <w:instrText>PAGE   \* MERGEFORMAT</w:instrText>
        </w:r>
        <w:r w:rsidRPr="00357A47">
          <w:rPr>
            <w:sz w:val="18"/>
            <w:szCs w:val="20"/>
          </w:rPr>
          <w:fldChar w:fldCharType="separate"/>
        </w:r>
        <w:r w:rsidRPr="00357A47">
          <w:rPr>
            <w:sz w:val="18"/>
            <w:szCs w:val="20"/>
          </w:rPr>
          <w:t>2</w:t>
        </w:r>
        <w:r w:rsidRPr="00357A47">
          <w:rPr>
            <w:sz w:val="18"/>
            <w:szCs w:val="20"/>
          </w:rPr>
          <w:fldChar w:fldCharType="end"/>
        </w:r>
      </w:p>
    </w:sdtContent>
  </w:sdt>
  <w:p w14:paraId="30EDCB54" w14:textId="5DC1826D" w:rsidR="0074143D" w:rsidRDefault="0074143D">
    <w:pPr>
      <w:spacing w:before="4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F3278" w14:textId="77777777" w:rsidR="008C4242" w:rsidRDefault="008C4242" w:rsidP="00667E0E">
      <w:pPr>
        <w:spacing w:after="0" w:line="240" w:lineRule="auto"/>
      </w:pPr>
      <w:r>
        <w:separator/>
      </w:r>
    </w:p>
  </w:footnote>
  <w:footnote w:type="continuationSeparator" w:id="0">
    <w:p w14:paraId="43590EAA" w14:textId="77777777" w:rsidR="008C4242" w:rsidRDefault="008C4242" w:rsidP="00667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00FE" w14:textId="77777777" w:rsidR="00667E0E" w:rsidRDefault="00E976C1" w:rsidP="004F18A7">
    <w:pPr>
      <w:pStyle w:val="En-tte"/>
      <w:jc w:val="center"/>
    </w:pPr>
    <w:r>
      <w:rPr>
        <w:noProof/>
      </w:rPr>
      <w:drawing>
        <wp:inline distT="0" distB="0" distL="0" distR="0" wp14:anchorId="7C8CACB4" wp14:editId="65CD6263">
          <wp:extent cx="1219200" cy="1196098"/>
          <wp:effectExtent l="0" t="0" r="0" b="0"/>
          <wp:docPr id="13125551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55176" name="Image 1312555176"/>
                  <pic:cNvPicPr/>
                </pic:nvPicPr>
                <pic:blipFill>
                  <a:blip r:embed="rId1"/>
                  <a:stretch>
                    <a:fillRect/>
                  </a:stretch>
                </pic:blipFill>
                <pic:spPr>
                  <a:xfrm>
                    <a:off x="0" y="0"/>
                    <a:ext cx="1225422" cy="1202202"/>
                  </a:xfrm>
                  <a:prstGeom prst="rect">
                    <a:avLst/>
                  </a:prstGeom>
                </pic:spPr>
              </pic:pic>
            </a:graphicData>
          </a:graphic>
        </wp:inline>
      </w:drawing>
    </w:r>
  </w:p>
  <w:p w14:paraId="5DD7E16B" w14:textId="77777777" w:rsidR="00667E0E" w:rsidRDefault="00667E0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54882639">
    <w:abstractNumId w:val="8"/>
  </w:num>
  <w:num w:numId="2" w16cid:durableId="972952197">
    <w:abstractNumId w:val="6"/>
  </w:num>
  <w:num w:numId="3" w16cid:durableId="1385106834">
    <w:abstractNumId w:val="5"/>
  </w:num>
  <w:num w:numId="4" w16cid:durableId="1281644387">
    <w:abstractNumId w:val="4"/>
  </w:num>
  <w:num w:numId="5" w16cid:durableId="854266999">
    <w:abstractNumId w:val="7"/>
  </w:num>
  <w:num w:numId="6" w16cid:durableId="1922329925">
    <w:abstractNumId w:val="3"/>
  </w:num>
  <w:num w:numId="7" w16cid:durableId="1529753889">
    <w:abstractNumId w:val="2"/>
  </w:num>
  <w:num w:numId="8" w16cid:durableId="1631672373">
    <w:abstractNumId w:val="1"/>
  </w:num>
  <w:num w:numId="9" w16cid:durableId="396325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A6"/>
    <w:rsid w:val="00034616"/>
    <w:rsid w:val="0006063C"/>
    <w:rsid w:val="000B7DEA"/>
    <w:rsid w:val="000F2742"/>
    <w:rsid w:val="0012617B"/>
    <w:rsid w:val="00140F17"/>
    <w:rsid w:val="00143613"/>
    <w:rsid w:val="0015074B"/>
    <w:rsid w:val="00171B37"/>
    <w:rsid w:val="001E6DE7"/>
    <w:rsid w:val="001F4CDE"/>
    <w:rsid w:val="00237669"/>
    <w:rsid w:val="0026191E"/>
    <w:rsid w:val="0029639D"/>
    <w:rsid w:val="002B49FD"/>
    <w:rsid w:val="002D52DD"/>
    <w:rsid w:val="002E09DB"/>
    <w:rsid w:val="00316350"/>
    <w:rsid w:val="00326F90"/>
    <w:rsid w:val="0035114C"/>
    <w:rsid w:val="00357A47"/>
    <w:rsid w:val="00364E28"/>
    <w:rsid w:val="00372BC2"/>
    <w:rsid w:val="00394173"/>
    <w:rsid w:val="003B1984"/>
    <w:rsid w:val="003D317D"/>
    <w:rsid w:val="0043294F"/>
    <w:rsid w:val="004D6CCF"/>
    <w:rsid w:val="004F18A7"/>
    <w:rsid w:val="0052374A"/>
    <w:rsid w:val="00542D87"/>
    <w:rsid w:val="005660A3"/>
    <w:rsid w:val="005D77D5"/>
    <w:rsid w:val="00615C7A"/>
    <w:rsid w:val="00615F4E"/>
    <w:rsid w:val="0061777C"/>
    <w:rsid w:val="00667E0E"/>
    <w:rsid w:val="006E2076"/>
    <w:rsid w:val="006F72B9"/>
    <w:rsid w:val="0071364D"/>
    <w:rsid w:val="007239B0"/>
    <w:rsid w:val="00726597"/>
    <w:rsid w:val="0074143D"/>
    <w:rsid w:val="00750C1A"/>
    <w:rsid w:val="00753C04"/>
    <w:rsid w:val="00765A55"/>
    <w:rsid w:val="00772FD6"/>
    <w:rsid w:val="00794276"/>
    <w:rsid w:val="007A1B44"/>
    <w:rsid w:val="007C3D8A"/>
    <w:rsid w:val="007D2CAA"/>
    <w:rsid w:val="007F26FE"/>
    <w:rsid w:val="00803A26"/>
    <w:rsid w:val="00805A69"/>
    <w:rsid w:val="008432DC"/>
    <w:rsid w:val="00880A29"/>
    <w:rsid w:val="00895844"/>
    <w:rsid w:val="008A660A"/>
    <w:rsid w:val="008B56BC"/>
    <w:rsid w:val="008C4242"/>
    <w:rsid w:val="008D478D"/>
    <w:rsid w:val="008F0AA9"/>
    <w:rsid w:val="008F4DBA"/>
    <w:rsid w:val="00904D06"/>
    <w:rsid w:val="00947FBE"/>
    <w:rsid w:val="00980875"/>
    <w:rsid w:val="009F6179"/>
    <w:rsid w:val="00A26E69"/>
    <w:rsid w:val="00A5133B"/>
    <w:rsid w:val="00A81E26"/>
    <w:rsid w:val="00AA1D8D"/>
    <w:rsid w:val="00AE1323"/>
    <w:rsid w:val="00AE2DBB"/>
    <w:rsid w:val="00B143DE"/>
    <w:rsid w:val="00B1452D"/>
    <w:rsid w:val="00B47730"/>
    <w:rsid w:val="00B57B05"/>
    <w:rsid w:val="00B96753"/>
    <w:rsid w:val="00BA3264"/>
    <w:rsid w:val="00BB6876"/>
    <w:rsid w:val="00BE3414"/>
    <w:rsid w:val="00BE7ADB"/>
    <w:rsid w:val="00C42865"/>
    <w:rsid w:val="00C91849"/>
    <w:rsid w:val="00C93CB4"/>
    <w:rsid w:val="00C9711C"/>
    <w:rsid w:val="00CB0664"/>
    <w:rsid w:val="00CB119C"/>
    <w:rsid w:val="00CC2F2E"/>
    <w:rsid w:val="00CC7892"/>
    <w:rsid w:val="00D35791"/>
    <w:rsid w:val="00D51170"/>
    <w:rsid w:val="00D51897"/>
    <w:rsid w:val="00D525DD"/>
    <w:rsid w:val="00D85FB8"/>
    <w:rsid w:val="00DA2CEA"/>
    <w:rsid w:val="00DE2796"/>
    <w:rsid w:val="00E82C67"/>
    <w:rsid w:val="00E93FEC"/>
    <w:rsid w:val="00E976C1"/>
    <w:rsid w:val="00EC45AD"/>
    <w:rsid w:val="00F31F2C"/>
    <w:rsid w:val="00F44072"/>
    <w:rsid w:val="00F46F3B"/>
    <w:rsid w:val="00F514FC"/>
    <w:rsid w:val="00F745F5"/>
    <w:rsid w:val="00F76F56"/>
    <w:rsid w:val="00F86FA7"/>
    <w:rsid w:val="00FC693F"/>
    <w:rsid w:val="00FE0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5D37FB"/>
  <w14:defaultImageDpi w14:val="330"/>
  <w15:docId w15:val="{5ABA1557-021C-4D4C-AC01-B8AA9DAD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42A26"/>
      <w:sz w:val="19"/>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315B46"/>
      <w:sz w:val="24"/>
      <w:szCs w:val="28"/>
    </w:rPr>
  </w:style>
  <w:style w:type="paragraph" w:styleId="Titre2">
    <w:name w:val="heading 2"/>
    <w:basedOn w:val="Normal"/>
    <w:next w:val="Normal"/>
    <w:link w:val="Titre2Car"/>
    <w:uiPriority w:val="9"/>
    <w:unhideWhenUsed/>
    <w:qFormat/>
    <w:rsid w:val="00FC693F"/>
    <w:pPr>
      <w:keepNext/>
      <w:keepLines/>
      <w:spacing w:before="120"/>
      <w:outlineLvl w:val="1"/>
    </w:pPr>
    <w:rPr>
      <w:rFonts w:asciiTheme="majorHAnsi" w:eastAsiaTheme="majorEastAsia" w:hAnsiTheme="majorHAnsi" w:cstheme="majorBidi"/>
      <w:b/>
      <w:bCs/>
      <w:color w:val="315B46"/>
      <w:sz w:val="2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3D"/>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vision">
    <w:name w:val="Revision"/>
    <w:hidden/>
    <w:uiPriority w:val="99"/>
    <w:semiHidden/>
    <w:rsid w:val="007A1B44"/>
    <w:pPr>
      <w:spacing w:after="0" w:line="240" w:lineRule="auto"/>
    </w:pPr>
    <w:rPr>
      <w:rFonts w:ascii="Arial" w:hAnsi="Arial"/>
      <w:sz w:val="19"/>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2128</Words>
  <Characters>12133</Characters>
  <Application>Microsoft Office Word</Application>
  <DocSecurity>0</DocSecurity>
  <Lines>101</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MHMA</cp:lastModifiedBy>
  <cp:revision>5</cp:revision>
  <dcterms:created xsi:type="dcterms:W3CDTF">2026-11-02T15:22:00Z</dcterms:created>
  <dcterms:modified xsi:type="dcterms:W3CDTF">2026-11-02T16:10:00Z</dcterms:modified>
  <cp:category/>
</cp:coreProperties>
</file>